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8A44A" w14:textId="77777777" w:rsidR="00AA3E65" w:rsidRDefault="00C82800">
      <w:pPr>
        <w:pStyle w:val="Rubrik"/>
        <w:rPr>
          <w:sz w:val="40"/>
          <w:szCs w:val="40"/>
          <w:lang w:val="sv-SE"/>
        </w:rPr>
      </w:pPr>
      <w:r w:rsidRPr="00AA3E65">
        <w:rPr>
          <w:sz w:val="40"/>
          <w:szCs w:val="40"/>
          <w:lang w:val="sv-SE"/>
        </w:rPr>
        <w:t xml:space="preserve">Restaurangguide Östermalm – </w:t>
      </w:r>
    </w:p>
    <w:p w14:paraId="43D8AB1D" w14:textId="5C98447F" w:rsidR="005E639F" w:rsidRPr="00AA3E65" w:rsidRDefault="007A0200">
      <w:pPr>
        <w:pStyle w:val="Rubrik"/>
        <w:rPr>
          <w:sz w:val="40"/>
          <w:szCs w:val="40"/>
          <w:lang w:val="sv-SE"/>
        </w:rPr>
      </w:pPr>
      <w:r w:rsidRPr="00AA3E65">
        <w:rPr>
          <w:sz w:val="40"/>
          <w:szCs w:val="40"/>
          <w:lang w:val="sv-SE"/>
        </w:rPr>
        <w:t>Max 20 min gångväg från Templet</w:t>
      </w:r>
    </w:p>
    <w:p w14:paraId="15DE6AAF" w14:textId="77777777" w:rsidR="007A0200" w:rsidRPr="007A0200" w:rsidRDefault="007A0200" w:rsidP="007A0200">
      <w:pPr>
        <w:pStyle w:val="Rubrik2"/>
        <w:rPr>
          <w:lang w:val="sv-SE"/>
        </w:rPr>
      </w:pPr>
      <w:r w:rsidRPr="007A0200">
        <w:rPr>
          <w:lang w:val="sv-SE"/>
        </w:rPr>
        <w:t>Esplanad Pizzeria</w:t>
      </w:r>
    </w:p>
    <w:p w14:paraId="10AF8322" w14:textId="3F191665" w:rsidR="007A0200" w:rsidRPr="007A0200" w:rsidRDefault="007A0200" w:rsidP="007A0200">
      <w:pPr>
        <w:rPr>
          <w:lang w:val="sv-SE"/>
        </w:rPr>
      </w:pPr>
      <w:r w:rsidRPr="007A0200">
        <w:rPr>
          <w:lang w:val="sv-SE"/>
        </w:rPr>
        <w:t>Adress: Karlavägen 36, 114 49 Stockholm</w:t>
      </w:r>
      <w:r w:rsidRPr="007A0200">
        <w:rPr>
          <w:lang w:val="sv-SE"/>
        </w:rPr>
        <w:br/>
        <w:t>Kök: Pizza</w:t>
      </w:r>
      <w:r w:rsidRPr="007A0200">
        <w:rPr>
          <w:lang w:val="sv-SE"/>
        </w:rPr>
        <w:br/>
        <w:t>Prisnivå: $</w:t>
      </w:r>
      <w:r w:rsidRPr="007A0200">
        <w:rPr>
          <w:lang w:val="sv-SE"/>
        </w:rPr>
        <w:br/>
        <w:t>Lördag: 1</w:t>
      </w:r>
      <w:r w:rsidR="00195764">
        <w:rPr>
          <w:lang w:val="sv-SE"/>
        </w:rPr>
        <w:t>1</w:t>
      </w:r>
      <w:r w:rsidRPr="007A0200">
        <w:rPr>
          <w:lang w:val="sv-SE"/>
        </w:rPr>
        <w:t>:00-01:00</w:t>
      </w:r>
      <w:r w:rsidRPr="007A0200">
        <w:rPr>
          <w:lang w:val="sv-SE"/>
        </w:rPr>
        <w:br/>
        <w:t>Söndag: 1</w:t>
      </w:r>
      <w:r w:rsidR="00195764">
        <w:rPr>
          <w:lang w:val="sv-SE"/>
        </w:rPr>
        <w:t>1</w:t>
      </w:r>
      <w:r w:rsidRPr="007A0200">
        <w:rPr>
          <w:lang w:val="sv-SE"/>
        </w:rPr>
        <w:t>:00-2</w:t>
      </w:r>
      <w:r w:rsidR="00195764">
        <w:rPr>
          <w:lang w:val="sv-SE"/>
        </w:rPr>
        <w:t>3</w:t>
      </w:r>
      <w:r w:rsidRPr="007A0200">
        <w:rPr>
          <w:lang w:val="sv-SE"/>
        </w:rPr>
        <w:t>:00</w:t>
      </w:r>
    </w:p>
    <w:p w14:paraId="384674BC" w14:textId="77777777" w:rsidR="007A0200" w:rsidRPr="007A0200" w:rsidRDefault="007A0200" w:rsidP="007A0200">
      <w:pPr>
        <w:rPr>
          <w:lang w:val="sv-SE"/>
        </w:rPr>
      </w:pPr>
      <w:r w:rsidRPr="007A0200">
        <w:rPr>
          <w:lang w:val="sv-SE"/>
        </w:rPr>
        <w:t xml:space="preserve">Webbplats: </w:t>
      </w:r>
      <w:hyperlink r:id="rId6">
        <w:r w:rsidRPr="007A0200">
          <w:rPr>
            <w:lang w:val="sv-SE"/>
          </w:rPr>
          <w:t>https://www.restaurangesplanad.se/</w:t>
        </w:r>
      </w:hyperlink>
    </w:p>
    <w:p w14:paraId="05FAD182" w14:textId="77777777" w:rsidR="005E639F" w:rsidRPr="007A0200" w:rsidRDefault="00C82800">
      <w:pPr>
        <w:pStyle w:val="Rubrik2"/>
        <w:rPr>
          <w:lang w:val="sv-SE"/>
        </w:rPr>
      </w:pPr>
      <w:proofErr w:type="spellStart"/>
      <w:r w:rsidRPr="007A0200">
        <w:rPr>
          <w:lang w:val="sv-SE"/>
        </w:rPr>
        <w:t>Kouzina</w:t>
      </w:r>
      <w:proofErr w:type="spellEnd"/>
    </w:p>
    <w:p w14:paraId="024429F1" w14:textId="77777777" w:rsidR="005E639F" w:rsidRPr="007A0200" w:rsidRDefault="00C82800">
      <w:pPr>
        <w:rPr>
          <w:lang w:val="sv-SE"/>
        </w:rPr>
      </w:pPr>
      <w:r w:rsidRPr="007A0200">
        <w:rPr>
          <w:lang w:val="sv-SE"/>
        </w:rPr>
        <w:t>Adress: Valhallavägen 131, 115 31 Stockholm</w:t>
      </w:r>
      <w:r w:rsidRPr="007A0200">
        <w:rPr>
          <w:lang w:val="sv-SE"/>
        </w:rPr>
        <w:br/>
        <w:t>Kök: Grekiskt</w:t>
      </w:r>
      <w:r w:rsidRPr="007A0200">
        <w:rPr>
          <w:lang w:val="sv-SE"/>
        </w:rPr>
        <w:br/>
        <w:t>Prisnivå: $$</w:t>
      </w:r>
      <w:r w:rsidRPr="007A0200">
        <w:rPr>
          <w:lang w:val="sv-SE"/>
        </w:rPr>
        <w:br/>
        <w:t>Lördag: 16:00-00:00</w:t>
      </w:r>
      <w:r w:rsidRPr="007A0200">
        <w:rPr>
          <w:lang w:val="sv-SE"/>
        </w:rPr>
        <w:br/>
        <w:t>Söndag: 16:00-23:00</w:t>
      </w:r>
    </w:p>
    <w:p w14:paraId="0C09C17E" w14:textId="77777777" w:rsidR="005E639F" w:rsidRPr="007A0200" w:rsidRDefault="00C82800">
      <w:pPr>
        <w:rPr>
          <w:lang w:val="sv-SE"/>
        </w:rPr>
      </w:pPr>
      <w:r w:rsidRPr="007A0200">
        <w:rPr>
          <w:lang w:val="sv-SE"/>
        </w:rPr>
        <w:t xml:space="preserve">Webbplats: </w:t>
      </w:r>
      <w:hyperlink r:id="rId7">
        <w:r w:rsidRPr="007A0200">
          <w:rPr>
            <w:lang w:val="sv-SE"/>
          </w:rPr>
          <w:t>https://www.kouzina.se/</w:t>
        </w:r>
      </w:hyperlink>
    </w:p>
    <w:p w14:paraId="4558159D" w14:textId="40609F99" w:rsidR="007A0200" w:rsidRDefault="007A0200">
      <w:pPr>
        <w:pStyle w:val="Rubrik2"/>
        <w:rPr>
          <w:lang w:val="sv-SE"/>
        </w:rPr>
      </w:pPr>
      <w:proofErr w:type="spellStart"/>
      <w:r>
        <w:rPr>
          <w:lang w:val="sv-SE"/>
        </w:rPr>
        <w:t>Sima</w:t>
      </w:r>
      <w:proofErr w:type="spellEnd"/>
      <w:r>
        <w:rPr>
          <w:lang w:val="sv-SE"/>
        </w:rPr>
        <w:t xml:space="preserve"> Deli</w:t>
      </w:r>
    </w:p>
    <w:p w14:paraId="667BAA15" w14:textId="36AF77B6" w:rsidR="007A0200" w:rsidRPr="007A0200" w:rsidRDefault="007A0200" w:rsidP="007A0200">
      <w:pPr>
        <w:rPr>
          <w:lang w:val="sv-SE"/>
        </w:rPr>
      </w:pPr>
      <w:r w:rsidRPr="007A0200">
        <w:rPr>
          <w:lang w:val="sv-SE"/>
        </w:rPr>
        <w:t>Adress: Valhallavägen 1</w:t>
      </w:r>
      <w:r w:rsidR="00195764">
        <w:rPr>
          <w:lang w:val="sv-SE"/>
        </w:rPr>
        <w:t>20</w:t>
      </w:r>
      <w:r w:rsidRPr="007A0200">
        <w:rPr>
          <w:lang w:val="sv-SE"/>
        </w:rPr>
        <w:t xml:space="preserve">, </w:t>
      </w:r>
      <w:r w:rsidR="00195764">
        <w:rPr>
          <w:lang w:val="sv-SE"/>
        </w:rPr>
        <w:t>114 41</w:t>
      </w:r>
      <w:r w:rsidRPr="007A0200">
        <w:rPr>
          <w:lang w:val="sv-SE"/>
        </w:rPr>
        <w:t xml:space="preserve"> Stockholm</w:t>
      </w:r>
      <w:r w:rsidRPr="007A0200">
        <w:rPr>
          <w:lang w:val="sv-SE"/>
        </w:rPr>
        <w:br/>
        <w:t xml:space="preserve">Kök: </w:t>
      </w:r>
      <w:r>
        <w:rPr>
          <w:lang w:val="sv-SE"/>
        </w:rPr>
        <w:t xml:space="preserve">Persiskt </w:t>
      </w:r>
      <w:r w:rsidRPr="007A0200">
        <w:rPr>
          <w:lang w:val="sv-SE"/>
        </w:rPr>
        <w:br/>
        <w:t>Prisnivå: $$</w:t>
      </w:r>
      <w:r w:rsidRPr="007A0200">
        <w:rPr>
          <w:lang w:val="sv-SE"/>
        </w:rPr>
        <w:br/>
        <w:t xml:space="preserve">Lördag: </w:t>
      </w:r>
      <w:r w:rsidR="00195764">
        <w:rPr>
          <w:lang w:val="sv-SE"/>
        </w:rPr>
        <w:t>10:00-17:00</w:t>
      </w:r>
      <w:r w:rsidRPr="007A0200">
        <w:rPr>
          <w:lang w:val="sv-SE"/>
        </w:rPr>
        <w:br/>
        <w:t xml:space="preserve">Söndag: </w:t>
      </w:r>
      <w:r w:rsidR="00195764">
        <w:rPr>
          <w:lang w:val="sv-SE"/>
        </w:rPr>
        <w:t>10:00-17:00</w:t>
      </w:r>
    </w:p>
    <w:p w14:paraId="04935FF1" w14:textId="510D6D72" w:rsidR="007A0200" w:rsidRPr="007A0200" w:rsidRDefault="007A0200" w:rsidP="007A0200">
      <w:pPr>
        <w:rPr>
          <w:lang w:val="sv-SE"/>
        </w:rPr>
      </w:pPr>
      <w:r w:rsidRPr="007A0200">
        <w:rPr>
          <w:lang w:val="sv-SE"/>
        </w:rPr>
        <w:t xml:space="preserve">Webbplats: </w:t>
      </w:r>
      <w:hyperlink r:id="rId8" w:history="1">
        <w:r w:rsidR="00195764" w:rsidRPr="00195764">
          <w:rPr>
            <w:rStyle w:val="Hyperlnk"/>
            <w:color w:val="auto"/>
            <w:lang w:val="sv-SE"/>
          </w:rPr>
          <w:t>https://www.simad</w:t>
        </w:r>
        <w:r w:rsidR="00195764" w:rsidRPr="00195764">
          <w:rPr>
            <w:rStyle w:val="Hyperlnk"/>
            <w:color w:val="auto"/>
            <w:lang w:val="sv-SE"/>
          </w:rPr>
          <w:t>e</w:t>
        </w:r>
        <w:r w:rsidR="00195764" w:rsidRPr="00195764">
          <w:rPr>
            <w:rStyle w:val="Hyperlnk"/>
            <w:color w:val="auto"/>
            <w:lang w:val="sv-SE"/>
          </w:rPr>
          <w:t>li.com/</w:t>
        </w:r>
      </w:hyperlink>
    </w:p>
    <w:p w14:paraId="7A0854E5" w14:textId="2B2CB180" w:rsidR="00AA3E65" w:rsidRDefault="00AA3E65">
      <w:pPr>
        <w:pStyle w:val="Rubrik2"/>
        <w:rPr>
          <w:lang w:val="sv-SE"/>
        </w:rPr>
      </w:pPr>
      <w:proofErr w:type="spellStart"/>
      <w:r>
        <w:rPr>
          <w:lang w:val="sv-SE"/>
        </w:rPr>
        <w:t>Noburu</w:t>
      </w:r>
      <w:proofErr w:type="spellEnd"/>
      <w:r>
        <w:rPr>
          <w:lang w:val="sv-SE"/>
        </w:rPr>
        <w:t xml:space="preserve"> Sushi</w:t>
      </w:r>
    </w:p>
    <w:p w14:paraId="7E15E77C" w14:textId="557B8FF4" w:rsidR="00AA3E65" w:rsidRPr="00AA3E65" w:rsidRDefault="00AA3E65" w:rsidP="00AA3E65">
      <w:pPr>
        <w:rPr>
          <w:lang w:val="sv-SE"/>
        </w:rPr>
      </w:pPr>
      <w:r w:rsidRPr="007A0200">
        <w:rPr>
          <w:lang w:val="sv-SE"/>
        </w:rPr>
        <w:t xml:space="preserve">Adress: </w:t>
      </w:r>
      <w:r>
        <w:rPr>
          <w:lang w:val="sv-SE"/>
        </w:rPr>
        <w:t>Karlavägen 59</w:t>
      </w:r>
      <w:r w:rsidRPr="007A0200">
        <w:rPr>
          <w:lang w:val="sv-SE"/>
        </w:rPr>
        <w:t xml:space="preserve">, </w:t>
      </w:r>
      <w:r>
        <w:rPr>
          <w:lang w:val="sv-SE"/>
        </w:rPr>
        <w:t>114 4</w:t>
      </w:r>
      <w:r>
        <w:rPr>
          <w:lang w:val="sv-SE"/>
        </w:rPr>
        <w:t>9</w:t>
      </w:r>
      <w:r w:rsidRPr="007A0200">
        <w:rPr>
          <w:lang w:val="sv-SE"/>
        </w:rPr>
        <w:t xml:space="preserve"> Stockholm</w:t>
      </w:r>
      <w:r w:rsidRPr="007A0200">
        <w:rPr>
          <w:lang w:val="sv-SE"/>
        </w:rPr>
        <w:br/>
        <w:t xml:space="preserve">Kök: </w:t>
      </w:r>
      <w:r>
        <w:rPr>
          <w:lang w:val="sv-SE"/>
        </w:rPr>
        <w:t>Sushi</w:t>
      </w:r>
      <w:r>
        <w:rPr>
          <w:lang w:val="sv-SE"/>
        </w:rPr>
        <w:t xml:space="preserve"> </w:t>
      </w:r>
      <w:r w:rsidRPr="007A0200">
        <w:rPr>
          <w:lang w:val="sv-SE"/>
        </w:rPr>
        <w:br/>
        <w:t>Prisnivå: $$</w:t>
      </w:r>
      <w:r w:rsidRPr="007A0200">
        <w:rPr>
          <w:lang w:val="sv-SE"/>
        </w:rPr>
        <w:br/>
        <w:t xml:space="preserve">Lördag: </w:t>
      </w:r>
      <w:r>
        <w:rPr>
          <w:lang w:val="sv-SE"/>
        </w:rPr>
        <w:t>1</w:t>
      </w:r>
      <w:r>
        <w:rPr>
          <w:lang w:val="sv-SE"/>
        </w:rPr>
        <w:t>2</w:t>
      </w:r>
      <w:r>
        <w:rPr>
          <w:lang w:val="sv-SE"/>
        </w:rPr>
        <w:t>:00-</w:t>
      </w:r>
      <w:r>
        <w:rPr>
          <w:lang w:val="sv-SE"/>
        </w:rPr>
        <w:t>20</w:t>
      </w:r>
      <w:r>
        <w:rPr>
          <w:lang w:val="sv-SE"/>
        </w:rPr>
        <w:t>:00</w:t>
      </w:r>
      <w:r w:rsidRPr="007A0200">
        <w:rPr>
          <w:lang w:val="sv-SE"/>
        </w:rPr>
        <w:br/>
        <w:t>Söndag: Stängt</w:t>
      </w:r>
    </w:p>
    <w:p w14:paraId="6D50C86E" w14:textId="23EA9950" w:rsidR="005E639F" w:rsidRPr="00AA3E65" w:rsidRDefault="00C82800">
      <w:pPr>
        <w:pStyle w:val="Rubrik2"/>
        <w:rPr>
          <w:lang w:val="sv-SE"/>
        </w:rPr>
      </w:pPr>
      <w:r w:rsidRPr="00AA3E65">
        <w:rPr>
          <w:lang w:val="sv-SE"/>
        </w:rPr>
        <w:t>Beirut Café</w:t>
      </w:r>
    </w:p>
    <w:p w14:paraId="4F2603A2" w14:textId="77777777" w:rsidR="005E639F" w:rsidRPr="007A0200" w:rsidRDefault="00C82800">
      <w:pPr>
        <w:rPr>
          <w:lang w:val="sv-SE"/>
        </w:rPr>
      </w:pPr>
      <w:r w:rsidRPr="007A0200">
        <w:rPr>
          <w:lang w:val="sv-SE"/>
        </w:rPr>
        <w:t>Adress: Nybrogatan 29</w:t>
      </w:r>
      <w:r w:rsidRPr="007A0200">
        <w:rPr>
          <w:lang w:val="sv-SE"/>
        </w:rPr>
        <w:br/>
        <w:t>Kök: Libanesiskt</w:t>
      </w:r>
      <w:r w:rsidRPr="007A0200">
        <w:rPr>
          <w:lang w:val="sv-SE"/>
        </w:rPr>
        <w:br/>
        <w:t>Prisnivå: $$</w:t>
      </w:r>
      <w:r w:rsidRPr="007A0200">
        <w:rPr>
          <w:lang w:val="sv-SE"/>
        </w:rPr>
        <w:br/>
        <w:t>Lördag: 12:00-15:00 och 16:30-01:00</w:t>
      </w:r>
      <w:r w:rsidRPr="007A0200">
        <w:rPr>
          <w:lang w:val="sv-SE"/>
        </w:rPr>
        <w:br/>
        <w:t>Söndag: Stängt</w:t>
      </w:r>
    </w:p>
    <w:p w14:paraId="00664D20" w14:textId="77777777" w:rsidR="005E639F" w:rsidRPr="007A0200" w:rsidRDefault="00C82800">
      <w:pPr>
        <w:rPr>
          <w:lang w:val="sv-SE"/>
        </w:rPr>
      </w:pPr>
      <w:r w:rsidRPr="007A0200">
        <w:rPr>
          <w:lang w:val="sv-SE"/>
        </w:rPr>
        <w:t xml:space="preserve">Webbplats: </w:t>
      </w:r>
      <w:hyperlink r:id="rId9">
        <w:r w:rsidRPr="007A0200">
          <w:rPr>
            <w:lang w:val="sv-SE"/>
          </w:rPr>
          <w:t>https://www.beirutcafe.se/</w:t>
        </w:r>
      </w:hyperlink>
    </w:p>
    <w:p w14:paraId="51ED4094" w14:textId="77777777" w:rsidR="005E639F" w:rsidRPr="007A0200" w:rsidRDefault="00C82800">
      <w:pPr>
        <w:pStyle w:val="Rubrik2"/>
        <w:rPr>
          <w:lang w:val="sv-SE"/>
        </w:rPr>
      </w:pPr>
      <w:r w:rsidRPr="007A0200">
        <w:rPr>
          <w:lang w:val="sv-SE"/>
        </w:rPr>
        <w:lastRenderedPageBreak/>
        <w:t xml:space="preserve">Indian </w:t>
      </w:r>
      <w:proofErr w:type="spellStart"/>
      <w:r w:rsidRPr="007A0200">
        <w:rPr>
          <w:lang w:val="sv-SE"/>
        </w:rPr>
        <w:t>Kingdom</w:t>
      </w:r>
      <w:proofErr w:type="spellEnd"/>
    </w:p>
    <w:p w14:paraId="15D34283" w14:textId="77777777" w:rsidR="005E639F" w:rsidRPr="007A0200" w:rsidRDefault="00C82800">
      <w:pPr>
        <w:rPr>
          <w:lang w:val="sv-SE"/>
        </w:rPr>
      </w:pPr>
      <w:r w:rsidRPr="007A0200">
        <w:rPr>
          <w:lang w:val="sv-SE"/>
        </w:rPr>
        <w:t>Adress: Valhallavägen 176</w:t>
      </w:r>
      <w:r w:rsidRPr="007A0200">
        <w:rPr>
          <w:lang w:val="sv-SE"/>
        </w:rPr>
        <w:br/>
        <w:t>Kök: Indiskt</w:t>
      </w:r>
      <w:r w:rsidRPr="007A0200">
        <w:rPr>
          <w:lang w:val="sv-SE"/>
        </w:rPr>
        <w:br/>
        <w:t>Prisnivå: $$</w:t>
      </w:r>
      <w:r w:rsidRPr="007A0200">
        <w:rPr>
          <w:lang w:val="sv-SE"/>
        </w:rPr>
        <w:br/>
        <w:t>Lördag: 13:00-23:00</w:t>
      </w:r>
      <w:r w:rsidRPr="007A0200">
        <w:rPr>
          <w:lang w:val="sv-SE"/>
        </w:rPr>
        <w:br/>
        <w:t>Söndag: 13:00-23:00</w:t>
      </w:r>
    </w:p>
    <w:p w14:paraId="64AB5FC6" w14:textId="77777777" w:rsidR="005E639F" w:rsidRPr="007A0200" w:rsidRDefault="00C82800">
      <w:pPr>
        <w:rPr>
          <w:lang w:val="sv-SE"/>
        </w:rPr>
      </w:pPr>
      <w:r w:rsidRPr="007A0200">
        <w:rPr>
          <w:lang w:val="sv-SE"/>
        </w:rPr>
        <w:t xml:space="preserve">Webbplats: </w:t>
      </w:r>
      <w:hyperlink r:id="rId10">
        <w:r w:rsidRPr="007A0200">
          <w:rPr>
            <w:lang w:val="sv-SE"/>
          </w:rPr>
          <w:t>https://www.indiankingdom.se/</w:t>
        </w:r>
      </w:hyperlink>
    </w:p>
    <w:p w14:paraId="3BBA6BD7" w14:textId="77777777" w:rsidR="005E639F" w:rsidRPr="007A0200" w:rsidRDefault="00C82800">
      <w:pPr>
        <w:pStyle w:val="Rubrik2"/>
        <w:rPr>
          <w:lang w:val="sv-SE"/>
        </w:rPr>
      </w:pPr>
      <w:r w:rsidRPr="007A0200">
        <w:rPr>
          <w:lang w:val="sv-SE"/>
        </w:rPr>
        <w:t>Spice of India</w:t>
      </w:r>
    </w:p>
    <w:p w14:paraId="79C7EC25" w14:textId="77777777" w:rsidR="005E639F" w:rsidRPr="007A0200" w:rsidRDefault="00C82800">
      <w:pPr>
        <w:rPr>
          <w:lang w:val="sv-SE"/>
        </w:rPr>
      </w:pPr>
      <w:r w:rsidRPr="007A0200">
        <w:rPr>
          <w:lang w:val="sv-SE"/>
        </w:rPr>
        <w:t>Adress: Sturegatan 29</w:t>
      </w:r>
      <w:r w:rsidRPr="007A0200">
        <w:rPr>
          <w:lang w:val="sv-SE"/>
        </w:rPr>
        <w:br/>
        <w:t>Kök: Indiskt</w:t>
      </w:r>
      <w:r w:rsidRPr="007A0200">
        <w:rPr>
          <w:lang w:val="sv-SE"/>
        </w:rPr>
        <w:br/>
        <w:t>Prisnivå: $$</w:t>
      </w:r>
      <w:r w:rsidRPr="007A0200">
        <w:rPr>
          <w:lang w:val="sv-SE"/>
        </w:rPr>
        <w:br/>
        <w:t>Lördag: 16:00-22:00</w:t>
      </w:r>
      <w:r w:rsidRPr="007A0200">
        <w:rPr>
          <w:lang w:val="sv-SE"/>
        </w:rPr>
        <w:br/>
        <w:t>Söndag: 16:00-22:00</w:t>
      </w:r>
    </w:p>
    <w:p w14:paraId="05BB4DDE" w14:textId="77777777" w:rsidR="005E639F" w:rsidRPr="007A0200" w:rsidRDefault="00C82800">
      <w:pPr>
        <w:rPr>
          <w:lang w:val="sv-SE"/>
        </w:rPr>
      </w:pPr>
      <w:r w:rsidRPr="007A0200">
        <w:rPr>
          <w:lang w:val="sv-SE"/>
        </w:rPr>
        <w:t xml:space="preserve">Webbplats: </w:t>
      </w:r>
      <w:hyperlink r:id="rId11">
        <w:r w:rsidRPr="007A0200">
          <w:rPr>
            <w:lang w:val="sv-SE"/>
          </w:rPr>
          <w:t>https://spiceofindia.se/</w:t>
        </w:r>
      </w:hyperlink>
    </w:p>
    <w:p w14:paraId="7DA6EC07" w14:textId="77777777" w:rsidR="005E639F" w:rsidRPr="007A0200" w:rsidRDefault="00C82800">
      <w:pPr>
        <w:pStyle w:val="Rubrik2"/>
        <w:rPr>
          <w:lang w:val="sv-SE"/>
        </w:rPr>
      </w:pPr>
      <w:proofErr w:type="spellStart"/>
      <w:r w:rsidRPr="007A0200">
        <w:rPr>
          <w:lang w:val="sv-SE"/>
        </w:rPr>
        <w:t>bap</w:t>
      </w:r>
      <w:proofErr w:type="spellEnd"/>
      <w:r w:rsidRPr="007A0200">
        <w:rPr>
          <w:lang w:val="sv-SE"/>
        </w:rPr>
        <w:t xml:space="preserve"> Burgers &amp; Pastrami</w:t>
      </w:r>
    </w:p>
    <w:p w14:paraId="07B9B318" w14:textId="77777777" w:rsidR="005E639F" w:rsidRPr="007A0200" w:rsidRDefault="00C82800">
      <w:pPr>
        <w:rPr>
          <w:lang w:val="sv-SE"/>
        </w:rPr>
      </w:pPr>
      <w:r w:rsidRPr="007A0200">
        <w:rPr>
          <w:lang w:val="sv-SE"/>
        </w:rPr>
        <w:t>Adress: Linnégatan 38, 114 47 Stockholm</w:t>
      </w:r>
      <w:r w:rsidRPr="007A0200">
        <w:rPr>
          <w:lang w:val="sv-SE"/>
        </w:rPr>
        <w:br/>
        <w:t>Kök: Burgare</w:t>
      </w:r>
      <w:r w:rsidRPr="007A0200">
        <w:rPr>
          <w:lang w:val="sv-SE"/>
        </w:rPr>
        <w:br/>
        <w:t>Prisnivå: $$</w:t>
      </w:r>
      <w:r w:rsidRPr="007A0200">
        <w:rPr>
          <w:lang w:val="sv-SE"/>
        </w:rPr>
        <w:br/>
        <w:t>Lördag: 12:00-23:00</w:t>
      </w:r>
      <w:r w:rsidRPr="007A0200">
        <w:rPr>
          <w:lang w:val="sv-SE"/>
        </w:rPr>
        <w:br/>
        <w:t>Söndag: 12:00-21:00</w:t>
      </w:r>
    </w:p>
    <w:p w14:paraId="7A185E95" w14:textId="77777777" w:rsidR="005E639F" w:rsidRPr="007A0200" w:rsidRDefault="00C82800">
      <w:pPr>
        <w:rPr>
          <w:lang w:val="sv-SE"/>
        </w:rPr>
      </w:pPr>
      <w:r w:rsidRPr="007A0200">
        <w:rPr>
          <w:lang w:val="sv-SE"/>
        </w:rPr>
        <w:t xml:space="preserve">Webbplats: </w:t>
      </w:r>
      <w:hyperlink r:id="rId12">
        <w:r w:rsidRPr="007A0200">
          <w:rPr>
            <w:lang w:val="sv-SE"/>
          </w:rPr>
          <w:t>https://www.bap-burgersandpastrami.se/</w:t>
        </w:r>
      </w:hyperlink>
    </w:p>
    <w:p w14:paraId="059E9910" w14:textId="77777777" w:rsidR="007A0200" w:rsidRPr="007A0200" w:rsidRDefault="007A0200" w:rsidP="007A0200">
      <w:pPr>
        <w:pStyle w:val="Rubrik2"/>
        <w:rPr>
          <w:lang w:val="sv-SE"/>
        </w:rPr>
      </w:pPr>
      <w:proofErr w:type="spellStart"/>
      <w:r w:rsidRPr="007A0200">
        <w:rPr>
          <w:lang w:val="sv-SE"/>
        </w:rPr>
        <w:t>Mom's</w:t>
      </w:r>
      <w:proofErr w:type="spellEnd"/>
      <w:r w:rsidRPr="007A0200">
        <w:rPr>
          <w:lang w:val="sv-SE"/>
        </w:rPr>
        <w:t xml:space="preserve"> Kitchen</w:t>
      </w:r>
    </w:p>
    <w:p w14:paraId="3062A719" w14:textId="77777777" w:rsidR="007A0200" w:rsidRPr="007A0200" w:rsidRDefault="007A0200" w:rsidP="007A0200">
      <w:pPr>
        <w:rPr>
          <w:lang w:val="sv-SE"/>
        </w:rPr>
      </w:pPr>
      <w:r w:rsidRPr="007A0200">
        <w:rPr>
          <w:lang w:val="sv-SE"/>
        </w:rPr>
        <w:t>Adress: Nybrogatan 40</w:t>
      </w:r>
      <w:r w:rsidRPr="007A0200">
        <w:rPr>
          <w:lang w:val="sv-SE"/>
        </w:rPr>
        <w:br/>
        <w:t>Kök: Svenskt</w:t>
      </w:r>
      <w:r w:rsidRPr="007A0200">
        <w:rPr>
          <w:lang w:val="sv-SE"/>
        </w:rPr>
        <w:br/>
        <w:t>Prisnivå: $</w:t>
      </w:r>
      <w:r w:rsidRPr="007A0200">
        <w:rPr>
          <w:lang w:val="sv-SE"/>
        </w:rPr>
        <w:br/>
        <w:t>Lördag: 11:00-17:00</w:t>
      </w:r>
      <w:r w:rsidRPr="007A0200">
        <w:rPr>
          <w:lang w:val="sv-SE"/>
        </w:rPr>
        <w:br/>
        <w:t>Söndag: Stängt</w:t>
      </w:r>
    </w:p>
    <w:p w14:paraId="53B12AF8" w14:textId="77777777" w:rsidR="007A0200" w:rsidRPr="007A0200" w:rsidRDefault="007A0200" w:rsidP="007A0200">
      <w:pPr>
        <w:rPr>
          <w:lang w:val="sv-SE"/>
        </w:rPr>
      </w:pPr>
      <w:r w:rsidRPr="007A0200">
        <w:rPr>
          <w:lang w:val="sv-SE"/>
        </w:rPr>
        <w:t xml:space="preserve">Webbplats: </w:t>
      </w:r>
      <w:hyperlink r:id="rId13">
        <w:r w:rsidRPr="007A0200">
          <w:rPr>
            <w:lang w:val="sv-SE"/>
          </w:rPr>
          <w:t>https://www.momskitchen.se/</w:t>
        </w:r>
      </w:hyperlink>
    </w:p>
    <w:p w14:paraId="3AA8907F" w14:textId="77777777" w:rsidR="007A0200" w:rsidRPr="007A0200" w:rsidRDefault="007A0200" w:rsidP="007A0200">
      <w:pPr>
        <w:pStyle w:val="Rubrik2"/>
        <w:rPr>
          <w:lang w:val="sv-SE"/>
        </w:rPr>
      </w:pPr>
      <w:proofErr w:type="spellStart"/>
      <w:r w:rsidRPr="007A0200">
        <w:rPr>
          <w:lang w:val="sv-SE"/>
        </w:rPr>
        <w:t>Aiyara</w:t>
      </w:r>
      <w:proofErr w:type="spellEnd"/>
    </w:p>
    <w:p w14:paraId="6FBC1EA4" w14:textId="77777777" w:rsidR="007A0200" w:rsidRPr="007A0200" w:rsidRDefault="007A0200" w:rsidP="007A0200">
      <w:pPr>
        <w:rPr>
          <w:lang w:val="sv-SE"/>
        </w:rPr>
      </w:pPr>
      <w:r w:rsidRPr="007A0200">
        <w:rPr>
          <w:lang w:val="sv-SE"/>
        </w:rPr>
        <w:t xml:space="preserve">Adress: </w:t>
      </w:r>
      <w:proofErr w:type="spellStart"/>
      <w:r w:rsidRPr="007A0200">
        <w:rPr>
          <w:lang w:val="sv-SE"/>
        </w:rPr>
        <w:t>Rindögatan</w:t>
      </w:r>
      <w:proofErr w:type="spellEnd"/>
      <w:r w:rsidRPr="007A0200">
        <w:rPr>
          <w:lang w:val="sv-SE"/>
        </w:rPr>
        <w:t xml:space="preserve"> 17, 115 36 Stockholm</w:t>
      </w:r>
      <w:r w:rsidRPr="007A0200">
        <w:rPr>
          <w:lang w:val="sv-SE"/>
        </w:rPr>
        <w:br/>
        <w:t>Kök: Thailändskt</w:t>
      </w:r>
      <w:r w:rsidRPr="007A0200">
        <w:rPr>
          <w:lang w:val="sv-SE"/>
        </w:rPr>
        <w:br/>
        <w:t>Prisnivå: $$</w:t>
      </w:r>
      <w:r w:rsidRPr="007A0200">
        <w:rPr>
          <w:lang w:val="sv-SE"/>
        </w:rPr>
        <w:br/>
        <w:t>Lördag: 12:00-20:00</w:t>
      </w:r>
      <w:r w:rsidRPr="007A0200">
        <w:rPr>
          <w:lang w:val="sv-SE"/>
        </w:rPr>
        <w:br/>
        <w:t>Söndag: 12:00-20:00</w:t>
      </w:r>
    </w:p>
    <w:p w14:paraId="50E894BB" w14:textId="3C6C5AF7" w:rsidR="007A0200" w:rsidRPr="007A0200" w:rsidRDefault="007A0200">
      <w:pPr>
        <w:rPr>
          <w:lang w:val="sv-SE"/>
        </w:rPr>
      </w:pPr>
      <w:r w:rsidRPr="007A0200">
        <w:rPr>
          <w:lang w:val="sv-SE"/>
        </w:rPr>
        <w:t xml:space="preserve">Webbplats: </w:t>
      </w:r>
      <w:hyperlink r:id="rId14" w:history="1">
        <w:r w:rsidRPr="007A0200">
          <w:rPr>
            <w:rStyle w:val="Hyperlnk"/>
            <w:color w:val="auto"/>
          </w:rPr>
          <w:t>https://aiyarafood.com/</w:t>
        </w:r>
      </w:hyperlink>
    </w:p>
    <w:sectPr w:rsidR="007A0200" w:rsidRPr="007A0200" w:rsidSect="00AA3E65">
      <w:pgSz w:w="12240" w:h="15840"/>
      <w:pgMar w:top="851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69451577">
    <w:abstractNumId w:val="8"/>
  </w:num>
  <w:num w:numId="2" w16cid:durableId="1414666318">
    <w:abstractNumId w:val="6"/>
  </w:num>
  <w:num w:numId="3" w16cid:durableId="444546938">
    <w:abstractNumId w:val="5"/>
  </w:num>
  <w:num w:numId="4" w16cid:durableId="825248540">
    <w:abstractNumId w:val="4"/>
  </w:num>
  <w:num w:numId="5" w16cid:durableId="471559382">
    <w:abstractNumId w:val="7"/>
  </w:num>
  <w:num w:numId="6" w16cid:durableId="695959515">
    <w:abstractNumId w:val="3"/>
  </w:num>
  <w:num w:numId="7" w16cid:durableId="724912694">
    <w:abstractNumId w:val="2"/>
  </w:num>
  <w:num w:numId="8" w16cid:durableId="1524589665">
    <w:abstractNumId w:val="1"/>
  </w:num>
  <w:num w:numId="9" w16cid:durableId="528448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95764"/>
    <w:rsid w:val="0029639D"/>
    <w:rsid w:val="00326F90"/>
    <w:rsid w:val="003C2C0C"/>
    <w:rsid w:val="005E639F"/>
    <w:rsid w:val="007A0200"/>
    <w:rsid w:val="00955219"/>
    <w:rsid w:val="00AA1D8D"/>
    <w:rsid w:val="00AA3E65"/>
    <w:rsid w:val="00B451C3"/>
    <w:rsid w:val="00B47730"/>
    <w:rsid w:val="00C82800"/>
    <w:rsid w:val="00CB0664"/>
    <w:rsid w:val="00D6506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68988A"/>
  <w14:defaultImageDpi w14:val="300"/>
  <w15:docId w15:val="{B81081F0-9B74-4FC7-9340-82E837610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nk">
    <w:name w:val="Hyperlink"/>
    <w:basedOn w:val="Standardstycketeckensnitt"/>
    <w:uiPriority w:val="99"/>
    <w:unhideWhenUsed/>
    <w:rsid w:val="007A0200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A0200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7A02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imadeli.com/" TargetMode="External"/><Relationship Id="rId13" Type="http://schemas.openxmlformats.org/officeDocument/2006/relationships/hyperlink" Target="https://www.momskitchen.se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kouzina.se/" TargetMode="External"/><Relationship Id="rId12" Type="http://schemas.openxmlformats.org/officeDocument/2006/relationships/hyperlink" Target="https://www.bap-burgersandpastrami.se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restaurangesplanad.se/" TargetMode="External"/><Relationship Id="rId11" Type="http://schemas.openxmlformats.org/officeDocument/2006/relationships/hyperlink" Target="https://spiceofindia.se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indiankingdom.s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eirutcafe.se/" TargetMode="External"/><Relationship Id="rId14" Type="http://schemas.openxmlformats.org/officeDocument/2006/relationships/hyperlink" Target="https://aiyarafood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313</Words>
  <Characters>1661</Characters>
  <Application>Microsoft Office Word</Application>
  <DocSecurity>0</DocSecurity>
  <Lines>13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Birgestam</dc:creator>
  <cp:keywords/>
  <dc:description>generated by python-docx</dc:description>
  <cp:lastModifiedBy>Susanne Birgestam</cp:lastModifiedBy>
  <cp:revision>4</cp:revision>
  <dcterms:created xsi:type="dcterms:W3CDTF">2026-09-04T12:33:00Z</dcterms:created>
  <dcterms:modified xsi:type="dcterms:W3CDTF">2026-09-04T12:59:00Z</dcterms:modified>
  <cp:category/>
</cp:coreProperties>
</file>