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8D41E" w14:textId="53A1567B" w:rsidR="009A4D55" w:rsidRPr="00B8703A" w:rsidRDefault="00830CBA">
      <w:pPr>
        <w:pStyle w:val="Rubrik"/>
        <w:jc w:val="center"/>
        <w:rPr>
          <w:lang w:val="sv-SE"/>
        </w:rPr>
      </w:pPr>
      <w:proofErr w:type="spellStart"/>
      <w:r w:rsidRPr="00B8703A">
        <w:rPr>
          <w:lang w:val="sv-SE"/>
        </w:rPr>
        <w:t>Restauranguide</w:t>
      </w:r>
      <w:proofErr w:type="spellEnd"/>
      <w:r w:rsidRPr="00B8703A">
        <w:rPr>
          <w:lang w:val="sv-SE"/>
        </w:rPr>
        <w:t xml:space="preserve"> Göteborg</w:t>
      </w:r>
    </w:p>
    <w:p w14:paraId="63AB712D" w14:textId="1E0081D5" w:rsidR="009A4D55" w:rsidRPr="00B8703A" w:rsidRDefault="00657B10">
      <w:pPr>
        <w:jc w:val="center"/>
        <w:rPr>
          <w:lang w:val="sv-SE"/>
        </w:rPr>
      </w:pPr>
      <w:r>
        <w:rPr>
          <w:lang w:val="sv-SE"/>
        </w:rPr>
        <w:t xml:space="preserve">På gångavstånd från </w:t>
      </w:r>
      <w:r w:rsidR="00830CBA" w:rsidRPr="00B8703A">
        <w:rPr>
          <w:lang w:val="sv-SE"/>
        </w:rPr>
        <w:t>Brunnsgatan 3, 413 12 Göteborg</w:t>
      </w:r>
      <w:r w:rsidR="00830CBA" w:rsidRPr="00B8703A">
        <w:rPr>
          <w:lang w:val="sv-SE"/>
        </w:rPr>
        <w:br/>
        <w:t>10 restauranger med prisnivå högst $$</w:t>
      </w:r>
    </w:p>
    <w:tbl>
      <w:tblPr>
        <w:tblStyle w:val="Tabellrutnt"/>
        <w:tblW w:w="12950" w:type="dxa"/>
        <w:tblLayout w:type="fixed"/>
        <w:tblLook w:val="04A0" w:firstRow="1" w:lastRow="0" w:firstColumn="1" w:lastColumn="0" w:noHBand="0" w:noVBand="1"/>
      </w:tblPr>
      <w:tblGrid>
        <w:gridCol w:w="1696"/>
        <w:gridCol w:w="1843"/>
        <w:gridCol w:w="805"/>
        <w:gridCol w:w="1747"/>
        <w:gridCol w:w="992"/>
        <w:gridCol w:w="992"/>
        <w:gridCol w:w="4875"/>
      </w:tblGrid>
      <w:tr w:rsidR="009A4D55" w14:paraId="45E1004F" w14:textId="77777777" w:rsidTr="00657B10">
        <w:tc>
          <w:tcPr>
            <w:tcW w:w="1696" w:type="dxa"/>
          </w:tcPr>
          <w:p w14:paraId="4E0719D3" w14:textId="77777777" w:rsidR="009A4D55" w:rsidRPr="00397B1F" w:rsidRDefault="00830CBA">
            <w:pPr>
              <w:rPr>
                <w:b/>
                <w:bCs/>
              </w:rPr>
            </w:pPr>
            <w:proofErr w:type="spellStart"/>
            <w:r w:rsidRPr="00397B1F">
              <w:rPr>
                <w:b/>
                <w:bCs/>
              </w:rPr>
              <w:t>Restaurang</w:t>
            </w:r>
            <w:proofErr w:type="spellEnd"/>
          </w:p>
        </w:tc>
        <w:tc>
          <w:tcPr>
            <w:tcW w:w="1843" w:type="dxa"/>
          </w:tcPr>
          <w:p w14:paraId="64C587BF" w14:textId="77777777" w:rsidR="009A4D55" w:rsidRPr="00397B1F" w:rsidRDefault="00830CBA">
            <w:pPr>
              <w:rPr>
                <w:b/>
                <w:bCs/>
              </w:rPr>
            </w:pPr>
            <w:r w:rsidRPr="00397B1F">
              <w:rPr>
                <w:b/>
                <w:bCs/>
              </w:rPr>
              <w:t>Kökstyp</w:t>
            </w:r>
          </w:p>
        </w:tc>
        <w:tc>
          <w:tcPr>
            <w:tcW w:w="805" w:type="dxa"/>
          </w:tcPr>
          <w:p w14:paraId="5A0C1012" w14:textId="77777777" w:rsidR="00397B1F" w:rsidRPr="00397B1F" w:rsidRDefault="00830CBA">
            <w:pPr>
              <w:rPr>
                <w:b/>
                <w:bCs/>
              </w:rPr>
            </w:pPr>
            <w:r w:rsidRPr="00397B1F">
              <w:rPr>
                <w:b/>
                <w:bCs/>
              </w:rPr>
              <w:t>Pris</w:t>
            </w:r>
          </w:p>
          <w:p w14:paraId="131E2597" w14:textId="58E8121F" w:rsidR="009A4D55" w:rsidRPr="00397B1F" w:rsidRDefault="00830CBA">
            <w:pPr>
              <w:rPr>
                <w:b/>
                <w:bCs/>
              </w:rPr>
            </w:pPr>
            <w:proofErr w:type="spellStart"/>
            <w:r w:rsidRPr="00397B1F">
              <w:rPr>
                <w:b/>
                <w:bCs/>
              </w:rPr>
              <w:t>nivå</w:t>
            </w:r>
            <w:proofErr w:type="spellEnd"/>
          </w:p>
        </w:tc>
        <w:tc>
          <w:tcPr>
            <w:tcW w:w="1747" w:type="dxa"/>
          </w:tcPr>
          <w:p w14:paraId="79E7D70E" w14:textId="77777777" w:rsidR="009A4D55" w:rsidRPr="00397B1F" w:rsidRDefault="00830CBA">
            <w:pPr>
              <w:rPr>
                <w:b/>
                <w:bCs/>
              </w:rPr>
            </w:pPr>
            <w:r w:rsidRPr="00397B1F">
              <w:rPr>
                <w:b/>
                <w:bCs/>
              </w:rPr>
              <w:t>Adress</w:t>
            </w:r>
          </w:p>
        </w:tc>
        <w:tc>
          <w:tcPr>
            <w:tcW w:w="992" w:type="dxa"/>
          </w:tcPr>
          <w:p w14:paraId="00366EB0" w14:textId="77777777" w:rsidR="009A4D55" w:rsidRPr="00397B1F" w:rsidRDefault="00830CBA">
            <w:pPr>
              <w:rPr>
                <w:b/>
                <w:bCs/>
              </w:rPr>
            </w:pPr>
            <w:r w:rsidRPr="00397B1F">
              <w:rPr>
                <w:b/>
                <w:bCs/>
              </w:rPr>
              <w:t>Lördag</w:t>
            </w:r>
          </w:p>
        </w:tc>
        <w:tc>
          <w:tcPr>
            <w:tcW w:w="992" w:type="dxa"/>
          </w:tcPr>
          <w:p w14:paraId="236AE841" w14:textId="77777777" w:rsidR="009A4D55" w:rsidRPr="00397B1F" w:rsidRDefault="00830CBA">
            <w:pPr>
              <w:rPr>
                <w:b/>
                <w:bCs/>
              </w:rPr>
            </w:pPr>
            <w:r w:rsidRPr="00397B1F">
              <w:rPr>
                <w:b/>
                <w:bCs/>
              </w:rPr>
              <w:t>Söndag</w:t>
            </w:r>
          </w:p>
        </w:tc>
        <w:tc>
          <w:tcPr>
            <w:tcW w:w="4875" w:type="dxa"/>
          </w:tcPr>
          <w:p w14:paraId="3BC637AB" w14:textId="77777777" w:rsidR="009A4D55" w:rsidRPr="00397B1F" w:rsidRDefault="00830CBA">
            <w:pPr>
              <w:rPr>
                <w:b/>
                <w:bCs/>
              </w:rPr>
            </w:pPr>
            <w:r w:rsidRPr="00397B1F">
              <w:rPr>
                <w:b/>
                <w:bCs/>
              </w:rPr>
              <w:t>Webbplats</w:t>
            </w:r>
          </w:p>
        </w:tc>
      </w:tr>
      <w:tr w:rsidR="009A4D55" w14:paraId="1085351D" w14:textId="77777777" w:rsidTr="00657B10">
        <w:tc>
          <w:tcPr>
            <w:tcW w:w="1696" w:type="dxa"/>
          </w:tcPr>
          <w:p w14:paraId="07C9FE18" w14:textId="77777777" w:rsidR="009A4D55" w:rsidRDefault="00830CBA">
            <w:r>
              <w:t>En Deli Haga</w:t>
            </w:r>
          </w:p>
        </w:tc>
        <w:tc>
          <w:tcPr>
            <w:tcW w:w="1843" w:type="dxa"/>
          </w:tcPr>
          <w:p w14:paraId="615550F0" w14:textId="77777777" w:rsidR="00397B1F" w:rsidRDefault="00830CBA">
            <w:proofErr w:type="spellStart"/>
            <w:r>
              <w:t>Vegetariskt</w:t>
            </w:r>
            <w:proofErr w:type="spellEnd"/>
            <w:r>
              <w:t>/</w:t>
            </w:r>
          </w:p>
          <w:p w14:paraId="268FDE56" w14:textId="15CC7FF3" w:rsidR="009A4D55" w:rsidRDefault="00830CBA">
            <w:proofErr w:type="spellStart"/>
            <w:r>
              <w:t>Veganskt</w:t>
            </w:r>
            <w:proofErr w:type="spellEnd"/>
          </w:p>
        </w:tc>
        <w:tc>
          <w:tcPr>
            <w:tcW w:w="805" w:type="dxa"/>
          </w:tcPr>
          <w:p w14:paraId="5204B1D0" w14:textId="77777777" w:rsidR="009A4D55" w:rsidRDefault="00830CBA">
            <w:r>
              <w:t>$$</w:t>
            </w:r>
          </w:p>
        </w:tc>
        <w:tc>
          <w:tcPr>
            <w:tcW w:w="1747" w:type="dxa"/>
          </w:tcPr>
          <w:p w14:paraId="6F8011FE" w14:textId="77777777" w:rsidR="009A4D55" w:rsidRDefault="00830CBA">
            <w:r>
              <w:t>Haga Nygata 15</w:t>
            </w:r>
          </w:p>
        </w:tc>
        <w:tc>
          <w:tcPr>
            <w:tcW w:w="992" w:type="dxa"/>
          </w:tcPr>
          <w:p w14:paraId="6E41811C" w14:textId="77777777" w:rsidR="009A4D55" w:rsidRDefault="00830CBA">
            <w:r>
              <w:t>09:00-19:30</w:t>
            </w:r>
          </w:p>
        </w:tc>
        <w:tc>
          <w:tcPr>
            <w:tcW w:w="992" w:type="dxa"/>
          </w:tcPr>
          <w:p w14:paraId="05FF8429" w14:textId="77777777" w:rsidR="009A4D55" w:rsidRDefault="00830CBA">
            <w:r>
              <w:t>10:00-19:30</w:t>
            </w:r>
          </w:p>
        </w:tc>
        <w:tc>
          <w:tcPr>
            <w:tcW w:w="4875" w:type="dxa"/>
          </w:tcPr>
          <w:p w14:paraId="5AF3FFB1" w14:textId="3D495E76" w:rsidR="00B16D5F" w:rsidRDefault="00B16D5F">
            <w:hyperlink r:id="rId6" w:history="1">
              <w:r w:rsidRPr="00732D2F">
                <w:rPr>
                  <w:rStyle w:val="Hyperlnk"/>
                </w:rPr>
                <w:t>https://www.facebook.com/endelihaga/</w:t>
              </w:r>
            </w:hyperlink>
          </w:p>
          <w:p w14:paraId="049D4940" w14:textId="306F3805" w:rsidR="00B16D5F" w:rsidRDefault="00B16D5F"/>
        </w:tc>
      </w:tr>
      <w:tr w:rsidR="009A4D55" w14:paraId="266BF629" w14:textId="77777777" w:rsidTr="00657B10">
        <w:tc>
          <w:tcPr>
            <w:tcW w:w="1696" w:type="dxa"/>
          </w:tcPr>
          <w:p w14:paraId="0E0208C9" w14:textId="77777777" w:rsidR="009A4D55" w:rsidRDefault="00830CBA">
            <w:r>
              <w:t>Walk in the Park</w:t>
            </w:r>
          </w:p>
        </w:tc>
        <w:tc>
          <w:tcPr>
            <w:tcW w:w="1843" w:type="dxa"/>
          </w:tcPr>
          <w:p w14:paraId="74C808AE" w14:textId="77777777" w:rsidR="009A4D55" w:rsidRDefault="00830CBA">
            <w:r>
              <w:t>Italienskt/Pizza</w:t>
            </w:r>
          </w:p>
        </w:tc>
        <w:tc>
          <w:tcPr>
            <w:tcW w:w="805" w:type="dxa"/>
          </w:tcPr>
          <w:p w14:paraId="4AAB2AC4" w14:textId="77777777" w:rsidR="009A4D55" w:rsidRDefault="00830CBA">
            <w:r>
              <w:t>$$</w:t>
            </w:r>
          </w:p>
        </w:tc>
        <w:tc>
          <w:tcPr>
            <w:tcW w:w="1747" w:type="dxa"/>
          </w:tcPr>
          <w:p w14:paraId="072E31BB" w14:textId="77777777" w:rsidR="009A4D55" w:rsidRDefault="00830CBA">
            <w:r>
              <w:t>Linnégatan 10</w:t>
            </w:r>
          </w:p>
        </w:tc>
        <w:tc>
          <w:tcPr>
            <w:tcW w:w="992" w:type="dxa"/>
          </w:tcPr>
          <w:p w14:paraId="4094A2FD" w14:textId="00E75789" w:rsidR="009A4D55" w:rsidRDefault="00B16D5F">
            <w:r w:rsidRPr="00B16D5F">
              <w:t>12:00-sent</w:t>
            </w:r>
          </w:p>
        </w:tc>
        <w:tc>
          <w:tcPr>
            <w:tcW w:w="992" w:type="dxa"/>
          </w:tcPr>
          <w:p w14:paraId="2D717FFF" w14:textId="7029A45A" w:rsidR="009A4D55" w:rsidRDefault="00B16D5F">
            <w:r w:rsidRPr="00B16D5F">
              <w:t>12:00-sent</w:t>
            </w:r>
          </w:p>
        </w:tc>
        <w:tc>
          <w:tcPr>
            <w:tcW w:w="4875" w:type="dxa"/>
          </w:tcPr>
          <w:p w14:paraId="3EDAEA13" w14:textId="35ECF58F" w:rsidR="009A4D55" w:rsidRDefault="00B16D5F">
            <w:hyperlink r:id="rId7" w:history="1">
              <w:r w:rsidRPr="00732D2F">
                <w:rPr>
                  <w:rStyle w:val="Hyperlnk"/>
                </w:rPr>
                <w:t>https://www.walkintheparkgbg.se/</w:t>
              </w:r>
            </w:hyperlink>
          </w:p>
          <w:p w14:paraId="36BDCEB4" w14:textId="2329AD9A" w:rsidR="00B16D5F" w:rsidRDefault="00B16D5F"/>
        </w:tc>
      </w:tr>
      <w:tr w:rsidR="009A4D55" w14:paraId="77BD6FA6" w14:textId="77777777" w:rsidTr="00657B10">
        <w:tc>
          <w:tcPr>
            <w:tcW w:w="1696" w:type="dxa"/>
          </w:tcPr>
          <w:p w14:paraId="38EA1236" w14:textId="77777777" w:rsidR="009A4D55" w:rsidRDefault="00830CBA">
            <w:r>
              <w:t>Kafé Magasinet</w:t>
            </w:r>
          </w:p>
        </w:tc>
        <w:tc>
          <w:tcPr>
            <w:tcW w:w="1843" w:type="dxa"/>
          </w:tcPr>
          <w:p w14:paraId="78FDFDA9" w14:textId="77777777" w:rsidR="009A4D55" w:rsidRDefault="00830CBA">
            <w:r>
              <w:t>Café/Bar</w:t>
            </w:r>
          </w:p>
        </w:tc>
        <w:tc>
          <w:tcPr>
            <w:tcW w:w="805" w:type="dxa"/>
          </w:tcPr>
          <w:p w14:paraId="2D0EECA5" w14:textId="77777777" w:rsidR="009A4D55" w:rsidRDefault="00830CBA">
            <w:r>
              <w:t>$$</w:t>
            </w:r>
          </w:p>
        </w:tc>
        <w:tc>
          <w:tcPr>
            <w:tcW w:w="1747" w:type="dxa"/>
          </w:tcPr>
          <w:p w14:paraId="6881EC27" w14:textId="77777777" w:rsidR="009A4D55" w:rsidRDefault="00830CBA">
            <w:r>
              <w:t>Tredje Långgatan 9</w:t>
            </w:r>
          </w:p>
        </w:tc>
        <w:tc>
          <w:tcPr>
            <w:tcW w:w="992" w:type="dxa"/>
          </w:tcPr>
          <w:p w14:paraId="0E17DE6F" w14:textId="77777777" w:rsidR="009A4D55" w:rsidRDefault="00830CBA">
            <w:r>
              <w:t>09:00-02:00</w:t>
            </w:r>
          </w:p>
        </w:tc>
        <w:tc>
          <w:tcPr>
            <w:tcW w:w="992" w:type="dxa"/>
          </w:tcPr>
          <w:p w14:paraId="4523658A" w14:textId="77777777" w:rsidR="009A4D55" w:rsidRDefault="00830CBA">
            <w:r>
              <w:t>09:00-00:00</w:t>
            </w:r>
          </w:p>
        </w:tc>
        <w:tc>
          <w:tcPr>
            <w:tcW w:w="4875" w:type="dxa"/>
          </w:tcPr>
          <w:p w14:paraId="28C60C10" w14:textId="313BC570" w:rsidR="00B16D5F" w:rsidRDefault="00B16D5F" w:rsidP="00B16D5F">
            <w:hyperlink r:id="rId8" w:history="1">
              <w:r w:rsidRPr="00732D2F">
                <w:rPr>
                  <w:rStyle w:val="Hyperlnk"/>
                </w:rPr>
                <w:t>https://kafemagasinet.se/</w:t>
              </w:r>
            </w:hyperlink>
          </w:p>
          <w:p w14:paraId="66C18F47" w14:textId="1A652602" w:rsidR="00B16D5F" w:rsidRDefault="00B16D5F" w:rsidP="00B16D5F"/>
        </w:tc>
      </w:tr>
      <w:tr w:rsidR="009A4D55" w14:paraId="0AED2B4B" w14:textId="77777777" w:rsidTr="00657B10">
        <w:tc>
          <w:tcPr>
            <w:tcW w:w="1696" w:type="dxa"/>
          </w:tcPr>
          <w:p w14:paraId="686A4829" w14:textId="77777777" w:rsidR="009A4D55" w:rsidRDefault="00830CBA">
            <w:r>
              <w:t>Brödernas Järntorget</w:t>
            </w:r>
          </w:p>
        </w:tc>
        <w:tc>
          <w:tcPr>
            <w:tcW w:w="1843" w:type="dxa"/>
          </w:tcPr>
          <w:p w14:paraId="0A5E59A4" w14:textId="77777777" w:rsidR="009A4D55" w:rsidRDefault="00830CBA">
            <w:r>
              <w:t>Hamburgare</w:t>
            </w:r>
          </w:p>
        </w:tc>
        <w:tc>
          <w:tcPr>
            <w:tcW w:w="805" w:type="dxa"/>
          </w:tcPr>
          <w:p w14:paraId="2F267094" w14:textId="77777777" w:rsidR="009A4D55" w:rsidRDefault="00830CBA">
            <w:r>
              <w:t>$$</w:t>
            </w:r>
          </w:p>
        </w:tc>
        <w:tc>
          <w:tcPr>
            <w:tcW w:w="1747" w:type="dxa"/>
          </w:tcPr>
          <w:p w14:paraId="23C7DB78" w14:textId="77777777" w:rsidR="009A4D55" w:rsidRDefault="00830CBA">
            <w:r>
              <w:t>Järntorget 8</w:t>
            </w:r>
          </w:p>
        </w:tc>
        <w:tc>
          <w:tcPr>
            <w:tcW w:w="992" w:type="dxa"/>
          </w:tcPr>
          <w:p w14:paraId="34C9B7D2" w14:textId="77777777" w:rsidR="009A4D55" w:rsidRDefault="00830CBA">
            <w:r>
              <w:t>12:00-23:00</w:t>
            </w:r>
          </w:p>
        </w:tc>
        <w:tc>
          <w:tcPr>
            <w:tcW w:w="992" w:type="dxa"/>
          </w:tcPr>
          <w:p w14:paraId="618F72BF" w14:textId="0F669B4F" w:rsidR="009A4D55" w:rsidRDefault="00830CBA">
            <w:r>
              <w:t>12:00-2</w:t>
            </w:r>
            <w:r w:rsidR="00B16D5F">
              <w:t>1</w:t>
            </w:r>
            <w:r>
              <w:t>:00</w:t>
            </w:r>
          </w:p>
        </w:tc>
        <w:tc>
          <w:tcPr>
            <w:tcW w:w="4875" w:type="dxa"/>
          </w:tcPr>
          <w:p w14:paraId="68DFD4BB" w14:textId="14789208" w:rsidR="00B16D5F" w:rsidRDefault="00B16D5F">
            <w:hyperlink r:id="rId9" w:history="1">
              <w:r w:rsidRPr="00B16D5F">
                <w:rPr>
                  <w:rStyle w:val="Hyperlnk"/>
                </w:rPr>
                <w:t>https://www.brodernas.nu/restauranger/jarntorget</w:t>
              </w:r>
            </w:hyperlink>
          </w:p>
        </w:tc>
      </w:tr>
      <w:tr w:rsidR="009A4D55" w14:paraId="54B1ED24" w14:textId="77777777" w:rsidTr="00657B10">
        <w:tc>
          <w:tcPr>
            <w:tcW w:w="1696" w:type="dxa"/>
          </w:tcPr>
          <w:p w14:paraId="2F1450AA" w14:textId="77777777" w:rsidR="009A4D55" w:rsidRDefault="00830CBA">
            <w:r>
              <w:t>Muchacho Tapas</w:t>
            </w:r>
          </w:p>
        </w:tc>
        <w:tc>
          <w:tcPr>
            <w:tcW w:w="1843" w:type="dxa"/>
          </w:tcPr>
          <w:p w14:paraId="1679E6F0" w14:textId="77777777" w:rsidR="009A4D55" w:rsidRDefault="00830CBA">
            <w:r>
              <w:t>Tapas</w:t>
            </w:r>
          </w:p>
        </w:tc>
        <w:tc>
          <w:tcPr>
            <w:tcW w:w="805" w:type="dxa"/>
          </w:tcPr>
          <w:p w14:paraId="043CEE38" w14:textId="77777777" w:rsidR="009A4D55" w:rsidRDefault="00830CBA">
            <w:r>
              <w:t>$$</w:t>
            </w:r>
          </w:p>
        </w:tc>
        <w:tc>
          <w:tcPr>
            <w:tcW w:w="1747" w:type="dxa"/>
          </w:tcPr>
          <w:p w14:paraId="47EA9F70" w14:textId="77777777" w:rsidR="009A4D55" w:rsidRDefault="00830CBA">
            <w:r>
              <w:t>Vasagatan 5A</w:t>
            </w:r>
          </w:p>
        </w:tc>
        <w:tc>
          <w:tcPr>
            <w:tcW w:w="992" w:type="dxa"/>
          </w:tcPr>
          <w:p w14:paraId="4AA671A2" w14:textId="77777777" w:rsidR="009A4D55" w:rsidRDefault="00830CBA">
            <w:r>
              <w:t>12:00-01:00</w:t>
            </w:r>
          </w:p>
        </w:tc>
        <w:tc>
          <w:tcPr>
            <w:tcW w:w="992" w:type="dxa"/>
          </w:tcPr>
          <w:p w14:paraId="053E75EF" w14:textId="77777777" w:rsidR="009A4D55" w:rsidRDefault="00830CBA">
            <w:r>
              <w:t>15:00-00:00</w:t>
            </w:r>
          </w:p>
        </w:tc>
        <w:tc>
          <w:tcPr>
            <w:tcW w:w="4875" w:type="dxa"/>
          </w:tcPr>
          <w:p w14:paraId="14FEF986" w14:textId="1CBFEC0E" w:rsidR="009A4D55" w:rsidRDefault="00B16D5F">
            <w:hyperlink r:id="rId10" w:history="1">
              <w:r w:rsidRPr="00732D2F">
                <w:rPr>
                  <w:rStyle w:val="Hyperlnk"/>
                </w:rPr>
                <w:t>https://muchachotapas.se/</w:t>
              </w:r>
            </w:hyperlink>
          </w:p>
          <w:p w14:paraId="6F7D98FD" w14:textId="38850799" w:rsidR="00B16D5F" w:rsidRDefault="00B16D5F"/>
        </w:tc>
      </w:tr>
      <w:tr w:rsidR="009A4D55" w14:paraId="7809D52D" w14:textId="77777777" w:rsidTr="00657B10">
        <w:tc>
          <w:tcPr>
            <w:tcW w:w="1696" w:type="dxa"/>
          </w:tcPr>
          <w:p w14:paraId="00B7F465" w14:textId="77777777" w:rsidR="009A4D55" w:rsidRDefault="00830CBA">
            <w:r>
              <w:t>Marinade Kitchen &amp; Bar</w:t>
            </w:r>
          </w:p>
        </w:tc>
        <w:tc>
          <w:tcPr>
            <w:tcW w:w="1843" w:type="dxa"/>
          </w:tcPr>
          <w:p w14:paraId="7C374135" w14:textId="77777777" w:rsidR="009A4D55" w:rsidRDefault="00830CBA">
            <w:r>
              <w:t>Medelhavet</w:t>
            </w:r>
          </w:p>
        </w:tc>
        <w:tc>
          <w:tcPr>
            <w:tcW w:w="805" w:type="dxa"/>
          </w:tcPr>
          <w:p w14:paraId="018983E7" w14:textId="77777777" w:rsidR="009A4D55" w:rsidRDefault="00830CBA">
            <w:r>
              <w:t>$$</w:t>
            </w:r>
          </w:p>
        </w:tc>
        <w:tc>
          <w:tcPr>
            <w:tcW w:w="1747" w:type="dxa"/>
          </w:tcPr>
          <w:p w14:paraId="075AF021" w14:textId="77777777" w:rsidR="009A4D55" w:rsidRDefault="00830CBA">
            <w:r>
              <w:t>Linnégatan 59</w:t>
            </w:r>
          </w:p>
        </w:tc>
        <w:tc>
          <w:tcPr>
            <w:tcW w:w="992" w:type="dxa"/>
          </w:tcPr>
          <w:p w14:paraId="4A76B8BC" w14:textId="77777777" w:rsidR="009A4D55" w:rsidRDefault="00830CBA">
            <w:r>
              <w:t>12:00-sent</w:t>
            </w:r>
          </w:p>
        </w:tc>
        <w:tc>
          <w:tcPr>
            <w:tcW w:w="992" w:type="dxa"/>
          </w:tcPr>
          <w:p w14:paraId="017FE356" w14:textId="77777777" w:rsidR="009A4D55" w:rsidRDefault="00830CBA">
            <w:r>
              <w:t>12:00-sent</w:t>
            </w:r>
          </w:p>
        </w:tc>
        <w:tc>
          <w:tcPr>
            <w:tcW w:w="4875" w:type="dxa"/>
          </w:tcPr>
          <w:p w14:paraId="7FBA0D12" w14:textId="7CC69502" w:rsidR="009A4D55" w:rsidRDefault="008B591C">
            <w:hyperlink r:id="rId11" w:history="1">
              <w:r w:rsidRPr="00732D2F">
                <w:rPr>
                  <w:rStyle w:val="Hyperlnk"/>
                </w:rPr>
                <w:t>https://marinadekrog.se/</w:t>
              </w:r>
            </w:hyperlink>
          </w:p>
          <w:p w14:paraId="1ACD85FE" w14:textId="0173E9A2" w:rsidR="008B591C" w:rsidRDefault="008B591C"/>
        </w:tc>
      </w:tr>
      <w:tr w:rsidR="009A4D55" w14:paraId="5BCDB1C1" w14:textId="77777777" w:rsidTr="00657B10">
        <w:tc>
          <w:tcPr>
            <w:tcW w:w="1696" w:type="dxa"/>
          </w:tcPr>
          <w:p w14:paraId="483A9343" w14:textId="77777777" w:rsidR="009A4D55" w:rsidRDefault="00830CBA">
            <w:r>
              <w:t>Bangkok Kitchen</w:t>
            </w:r>
          </w:p>
        </w:tc>
        <w:tc>
          <w:tcPr>
            <w:tcW w:w="1843" w:type="dxa"/>
          </w:tcPr>
          <w:p w14:paraId="4F82D3D8" w14:textId="77777777" w:rsidR="009A4D55" w:rsidRDefault="00830CBA">
            <w:r>
              <w:t>Thailändskt</w:t>
            </w:r>
          </w:p>
        </w:tc>
        <w:tc>
          <w:tcPr>
            <w:tcW w:w="805" w:type="dxa"/>
          </w:tcPr>
          <w:p w14:paraId="1F8253DA" w14:textId="77777777" w:rsidR="009A4D55" w:rsidRDefault="00830CBA">
            <w:r>
              <w:t>$$</w:t>
            </w:r>
          </w:p>
        </w:tc>
        <w:tc>
          <w:tcPr>
            <w:tcW w:w="1747" w:type="dxa"/>
          </w:tcPr>
          <w:p w14:paraId="2E332AA0" w14:textId="77777777" w:rsidR="009A4D55" w:rsidRDefault="00830CBA">
            <w:r>
              <w:t>Andra Långgatan 21</w:t>
            </w:r>
          </w:p>
        </w:tc>
        <w:tc>
          <w:tcPr>
            <w:tcW w:w="992" w:type="dxa"/>
          </w:tcPr>
          <w:p w14:paraId="16F657F0" w14:textId="77777777" w:rsidR="009A4D55" w:rsidRDefault="00830CBA">
            <w:r>
              <w:t>12:00-22:00</w:t>
            </w:r>
          </w:p>
        </w:tc>
        <w:tc>
          <w:tcPr>
            <w:tcW w:w="992" w:type="dxa"/>
          </w:tcPr>
          <w:p w14:paraId="22F7C710" w14:textId="77777777" w:rsidR="009A4D55" w:rsidRDefault="00830CBA">
            <w:r>
              <w:t>12:00-21:00</w:t>
            </w:r>
          </w:p>
        </w:tc>
        <w:tc>
          <w:tcPr>
            <w:tcW w:w="4875" w:type="dxa"/>
          </w:tcPr>
          <w:p w14:paraId="187EA350" w14:textId="136B192A" w:rsidR="009A4D55" w:rsidRDefault="00397B1F">
            <w:hyperlink r:id="rId12" w:history="1">
              <w:r w:rsidRPr="00732D2F">
                <w:rPr>
                  <w:rStyle w:val="Hyperlnk"/>
                </w:rPr>
                <w:t>https://www.bkgbg.se/</w:t>
              </w:r>
            </w:hyperlink>
          </w:p>
          <w:p w14:paraId="41EA0E2C" w14:textId="6F2133DB" w:rsidR="00397B1F" w:rsidRDefault="00397B1F"/>
        </w:tc>
      </w:tr>
      <w:tr w:rsidR="009A4D55" w14:paraId="01A67CD5" w14:textId="77777777" w:rsidTr="00657B10">
        <w:tc>
          <w:tcPr>
            <w:tcW w:w="1696" w:type="dxa"/>
          </w:tcPr>
          <w:p w14:paraId="3A3C18DF" w14:textId="77777777" w:rsidR="009A4D55" w:rsidRDefault="00830CBA">
            <w:r>
              <w:t>Ramen-Ya</w:t>
            </w:r>
          </w:p>
        </w:tc>
        <w:tc>
          <w:tcPr>
            <w:tcW w:w="1843" w:type="dxa"/>
          </w:tcPr>
          <w:p w14:paraId="61757A88" w14:textId="77777777" w:rsidR="009A4D55" w:rsidRDefault="00830CBA">
            <w:r>
              <w:t>Ramen</w:t>
            </w:r>
          </w:p>
        </w:tc>
        <w:tc>
          <w:tcPr>
            <w:tcW w:w="805" w:type="dxa"/>
          </w:tcPr>
          <w:p w14:paraId="5FC6B979" w14:textId="77777777" w:rsidR="009A4D55" w:rsidRDefault="00830CBA">
            <w:r>
              <w:t>$$</w:t>
            </w:r>
          </w:p>
        </w:tc>
        <w:tc>
          <w:tcPr>
            <w:tcW w:w="1747" w:type="dxa"/>
          </w:tcPr>
          <w:p w14:paraId="424F2A55" w14:textId="77777777" w:rsidR="009A4D55" w:rsidRDefault="00830CBA">
            <w:r>
              <w:t>Linnéplatsen 4</w:t>
            </w:r>
          </w:p>
        </w:tc>
        <w:tc>
          <w:tcPr>
            <w:tcW w:w="992" w:type="dxa"/>
          </w:tcPr>
          <w:p w14:paraId="2E98FC57" w14:textId="1BCB63B2" w:rsidR="009A4D55" w:rsidRDefault="00657B10">
            <w:r>
              <w:t>13:00-23:00</w:t>
            </w:r>
          </w:p>
        </w:tc>
        <w:tc>
          <w:tcPr>
            <w:tcW w:w="992" w:type="dxa"/>
          </w:tcPr>
          <w:p w14:paraId="76A7FF00" w14:textId="25E3CEF4" w:rsidR="009A4D55" w:rsidRDefault="00657B10">
            <w:proofErr w:type="spellStart"/>
            <w:r>
              <w:t>Stängt</w:t>
            </w:r>
            <w:proofErr w:type="spellEnd"/>
          </w:p>
        </w:tc>
        <w:tc>
          <w:tcPr>
            <w:tcW w:w="4875" w:type="dxa"/>
          </w:tcPr>
          <w:p w14:paraId="5A98432B" w14:textId="343A9748" w:rsidR="009A4D55" w:rsidRDefault="00657B10">
            <w:hyperlink r:id="rId13" w:history="1">
              <w:r w:rsidRPr="00732D2F">
                <w:rPr>
                  <w:rStyle w:val="Hyperlnk"/>
                </w:rPr>
                <w:t>https://ramenya.se/</w:t>
              </w:r>
            </w:hyperlink>
          </w:p>
          <w:p w14:paraId="53D0B48F" w14:textId="0D47479C" w:rsidR="00657B10" w:rsidRDefault="00657B10"/>
        </w:tc>
      </w:tr>
      <w:tr w:rsidR="009A4D55" w14:paraId="4D41A2C4" w14:textId="77777777" w:rsidTr="00657B10">
        <w:tc>
          <w:tcPr>
            <w:tcW w:w="1696" w:type="dxa"/>
          </w:tcPr>
          <w:p w14:paraId="5A60A8C4" w14:textId="77777777" w:rsidR="009A4D55" w:rsidRDefault="00830CBA">
            <w:r>
              <w:t>The Elephant Linnégatan</w:t>
            </w:r>
          </w:p>
        </w:tc>
        <w:tc>
          <w:tcPr>
            <w:tcW w:w="1843" w:type="dxa"/>
          </w:tcPr>
          <w:p w14:paraId="3AD396C9" w14:textId="77777777" w:rsidR="009A4D55" w:rsidRDefault="00830CBA">
            <w:r>
              <w:t>Indiskt</w:t>
            </w:r>
          </w:p>
        </w:tc>
        <w:tc>
          <w:tcPr>
            <w:tcW w:w="805" w:type="dxa"/>
          </w:tcPr>
          <w:p w14:paraId="1833FC43" w14:textId="77777777" w:rsidR="009A4D55" w:rsidRDefault="00830CBA">
            <w:r>
              <w:t>$</w:t>
            </w:r>
          </w:p>
        </w:tc>
        <w:tc>
          <w:tcPr>
            <w:tcW w:w="1747" w:type="dxa"/>
          </w:tcPr>
          <w:p w14:paraId="2839EB2C" w14:textId="77777777" w:rsidR="009A4D55" w:rsidRDefault="00830CBA">
            <w:r>
              <w:t>Linnégatan 68</w:t>
            </w:r>
          </w:p>
        </w:tc>
        <w:tc>
          <w:tcPr>
            <w:tcW w:w="992" w:type="dxa"/>
          </w:tcPr>
          <w:p w14:paraId="61D9D33F" w14:textId="77777777" w:rsidR="009A4D55" w:rsidRDefault="00830CBA">
            <w:r>
              <w:t>12:00-23:00</w:t>
            </w:r>
          </w:p>
        </w:tc>
        <w:tc>
          <w:tcPr>
            <w:tcW w:w="992" w:type="dxa"/>
          </w:tcPr>
          <w:p w14:paraId="265B3D0D" w14:textId="77777777" w:rsidR="009A4D55" w:rsidRDefault="00830CBA">
            <w:r>
              <w:t>13:00-22:00</w:t>
            </w:r>
          </w:p>
        </w:tc>
        <w:tc>
          <w:tcPr>
            <w:tcW w:w="4875" w:type="dxa"/>
          </w:tcPr>
          <w:p w14:paraId="35A884D7" w14:textId="41CB63CF" w:rsidR="00657B10" w:rsidRDefault="00657B10" w:rsidP="00657B10">
            <w:hyperlink r:id="rId14" w:history="1">
              <w:r w:rsidRPr="00732D2F">
                <w:rPr>
                  <w:rStyle w:val="Hyperlnk"/>
                </w:rPr>
                <w:t>https://theelephant.se/</w:t>
              </w:r>
            </w:hyperlink>
          </w:p>
          <w:p w14:paraId="4BB9C409" w14:textId="346BA26A" w:rsidR="00657B10" w:rsidRDefault="00657B10" w:rsidP="00657B10"/>
        </w:tc>
      </w:tr>
    </w:tbl>
    <w:p w14:paraId="1C68BE38" w14:textId="77777777" w:rsidR="00830CBA" w:rsidRDefault="00830CBA"/>
    <w:sectPr w:rsidR="00830CBA" w:rsidSect="00034616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233680">
    <w:abstractNumId w:val="8"/>
  </w:num>
  <w:num w:numId="2" w16cid:durableId="789786717">
    <w:abstractNumId w:val="6"/>
  </w:num>
  <w:num w:numId="3" w16cid:durableId="342779035">
    <w:abstractNumId w:val="5"/>
  </w:num>
  <w:num w:numId="4" w16cid:durableId="988628649">
    <w:abstractNumId w:val="4"/>
  </w:num>
  <w:num w:numId="5" w16cid:durableId="1079256387">
    <w:abstractNumId w:val="7"/>
  </w:num>
  <w:num w:numId="6" w16cid:durableId="1606226694">
    <w:abstractNumId w:val="3"/>
  </w:num>
  <w:num w:numId="7" w16cid:durableId="1621690434">
    <w:abstractNumId w:val="2"/>
  </w:num>
  <w:num w:numId="8" w16cid:durableId="233468317">
    <w:abstractNumId w:val="1"/>
  </w:num>
  <w:num w:numId="9" w16cid:durableId="807169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97B1F"/>
    <w:rsid w:val="00657B10"/>
    <w:rsid w:val="00830CBA"/>
    <w:rsid w:val="008B591C"/>
    <w:rsid w:val="00955219"/>
    <w:rsid w:val="009A4D55"/>
    <w:rsid w:val="00AA1D8D"/>
    <w:rsid w:val="00B16D5F"/>
    <w:rsid w:val="00B47730"/>
    <w:rsid w:val="00B8703A"/>
    <w:rsid w:val="00CB0664"/>
    <w:rsid w:val="00FC693F"/>
    <w:rsid w:val="67A2B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53777B8-0C22-4B63-93C5-CA85AAEF9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nk">
    <w:name w:val="Hyperlink"/>
    <w:basedOn w:val="Standardstycketeckensnitt"/>
    <w:uiPriority w:val="99"/>
    <w:unhideWhenUsed/>
    <w:rsid w:val="00B16D5F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16D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femagasinet.se/" TargetMode="External"/><Relationship Id="rId13" Type="http://schemas.openxmlformats.org/officeDocument/2006/relationships/hyperlink" Target="https://ramenya.se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walkintheparkgbg.se/" TargetMode="External"/><Relationship Id="rId12" Type="http://schemas.openxmlformats.org/officeDocument/2006/relationships/hyperlink" Target="https://www.bkgbg.se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endelihaga/" TargetMode="External"/><Relationship Id="rId11" Type="http://schemas.openxmlformats.org/officeDocument/2006/relationships/hyperlink" Target="https://marinadekrog.se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uchachotapas.s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rodernas.nu/restauranger/jarntorget" TargetMode="External"/><Relationship Id="rId14" Type="http://schemas.openxmlformats.org/officeDocument/2006/relationships/hyperlink" Target="https://theelephant.s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232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Birgestam</dc:creator>
  <cp:keywords/>
  <dc:description>generated by python-docx</dc:description>
  <cp:lastModifiedBy>Susanne Birgestam</cp:lastModifiedBy>
  <cp:revision>4</cp:revision>
  <dcterms:created xsi:type="dcterms:W3CDTF">2026-09-04T14:27:00Z</dcterms:created>
  <dcterms:modified xsi:type="dcterms:W3CDTF">2026-09-04T14:54:00Z</dcterms:modified>
  <cp:category/>
</cp:coreProperties>
</file>