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4473BE" w14:textId="003905BF" w:rsidR="00B809E8" w:rsidRDefault="00B809E8" w:rsidP="00B809E8">
      <w:pPr>
        <w:pStyle w:val="Rubrik"/>
        <w:rPr>
          <w:sz w:val="40"/>
          <w:szCs w:val="40"/>
          <w:lang w:val="sv-SE"/>
        </w:rPr>
      </w:pPr>
      <w:r w:rsidRPr="00AA3E65">
        <w:rPr>
          <w:sz w:val="40"/>
          <w:szCs w:val="40"/>
          <w:lang w:val="sv-SE"/>
        </w:rPr>
        <w:t xml:space="preserve">Restaurangguide </w:t>
      </w:r>
      <w:r>
        <w:rPr>
          <w:sz w:val="40"/>
          <w:szCs w:val="40"/>
          <w:lang w:val="sv-SE"/>
        </w:rPr>
        <w:t>Umeå</w:t>
      </w:r>
      <w:r w:rsidRPr="00AA3E65">
        <w:rPr>
          <w:sz w:val="40"/>
          <w:szCs w:val="40"/>
          <w:lang w:val="sv-SE"/>
        </w:rPr>
        <w:t xml:space="preserve"> – </w:t>
      </w:r>
    </w:p>
    <w:p w14:paraId="27192E18" w14:textId="52339749" w:rsidR="00B809E8" w:rsidRPr="00AA3E65" w:rsidRDefault="00B809E8" w:rsidP="00B809E8">
      <w:pPr>
        <w:pStyle w:val="Rubrik"/>
        <w:rPr>
          <w:sz w:val="40"/>
          <w:szCs w:val="40"/>
          <w:lang w:val="sv-SE"/>
        </w:rPr>
      </w:pPr>
      <w:r w:rsidRPr="00AA3E65">
        <w:rPr>
          <w:sz w:val="40"/>
          <w:szCs w:val="40"/>
          <w:lang w:val="sv-SE"/>
        </w:rPr>
        <w:t xml:space="preserve">Max 20 min gångväg från </w:t>
      </w:r>
      <w:r>
        <w:rPr>
          <w:sz w:val="40"/>
          <w:szCs w:val="40"/>
          <w:lang w:val="sv-SE"/>
        </w:rPr>
        <w:t xml:space="preserve">Korskyrkan </w:t>
      </w:r>
    </w:p>
    <w:p w14:paraId="48A57F2D" w14:textId="77777777" w:rsidR="0037144D" w:rsidRPr="00B809E8" w:rsidRDefault="00BD1778">
      <w:pPr>
        <w:pStyle w:val="Rubrik2"/>
        <w:rPr>
          <w:lang w:val="sv-SE"/>
        </w:rPr>
      </w:pPr>
      <w:r w:rsidRPr="00B809E8">
        <w:rPr>
          <w:lang w:val="sv-SE"/>
        </w:rPr>
        <w:t xml:space="preserve">The Sea </w:t>
      </w:r>
      <w:proofErr w:type="spellStart"/>
      <w:r w:rsidRPr="00B809E8">
        <w:rPr>
          <w:lang w:val="sv-SE"/>
        </w:rPr>
        <w:t>Street</w:t>
      </w:r>
      <w:proofErr w:type="spellEnd"/>
      <w:r w:rsidRPr="00B809E8">
        <w:rPr>
          <w:lang w:val="sv-SE"/>
        </w:rPr>
        <w:t xml:space="preserve"> Sushi Bar</w:t>
      </w:r>
    </w:p>
    <w:p w14:paraId="738C76E4" w14:textId="2901B99F" w:rsidR="00B809E8" w:rsidRDefault="00BD1778" w:rsidP="00B809E8">
      <w:pPr>
        <w:rPr>
          <w:lang w:val="sv-SE"/>
        </w:rPr>
      </w:pPr>
      <w:r w:rsidRPr="00B809E8">
        <w:rPr>
          <w:lang w:val="sv-SE"/>
        </w:rPr>
        <w:t xml:space="preserve">Adress: </w:t>
      </w:r>
      <w:proofErr w:type="spellStart"/>
      <w:r w:rsidRPr="00B809E8">
        <w:rPr>
          <w:lang w:val="sv-SE"/>
        </w:rPr>
        <w:t>Renmarkstorget</w:t>
      </w:r>
      <w:proofErr w:type="spellEnd"/>
      <w:r w:rsidRPr="00B809E8">
        <w:rPr>
          <w:lang w:val="sv-SE"/>
        </w:rPr>
        <w:t xml:space="preserve"> 6, Umeå</w:t>
      </w:r>
      <w:r w:rsidRPr="00B809E8">
        <w:rPr>
          <w:lang w:val="sv-SE"/>
        </w:rPr>
        <w:br/>
        <w:t xml:space="preserve">Kök: Japanskt, sushi, </w:t>
      </w:r>
      <w:proofErr w:type="spellStart"/>
      <w:r w:rsidRPr="00B809E8">
        <w:rPr>
          <w:lang w:val="sv-SE"/>
        </w:rPr>
        <w:t>sashimi</w:t>
      </w:r>
      <w:proofErr w:type="spellEnd"/>
      <w:r w:rsidRPr="00B809E8">
        <w:rPr>
          <w:lang w:val="sv-SE"/>
        </w:rPr>
        <w:t xml:space="preserve">, </w:t>
      </w:r>
      <w:proofErr w:type="spellStart"/>
      <w:r w:rsidRPr="00B809E8">
        <w:rPr>
          <w:lang w:val="sv-SE"/>
        </w:rPr>
        <w:t>poke</w:t>
      </w:r>
      <w:proofErr w:type="spellEnd"/>
      <w:r w:rsidRPr="00B809E8">
        <w:rPr>
          <w:lang w:val="sv-SE"/>
        </w:rPr>
        <w:t xml:space="preserve"> </w:t>
      </w:r>
      <w:proofErr w:type="spellStart"/>
      <w:r w:rsidRPr="00B809E8">
        <w:rPr>
          <w:lang w:val="sv-SE"/>
        </w:rPr>
        <w:t>bowls</w:t>
      </w:r>
      <w:proofErr w:type="spellEnd"/>
      <w:r w:rsidRPr="00B809E8">
        <w:rPr>
          <w:lang w:val="sv-SE"/>
        </w:rPr>
        <w:t xml:space="preserve"> och asiatiska varmrätter</w:t>
      </w:r>
    </w:p>
    <w:p w14:paraId="2BBD11E8" w14:textId="26CBCD37" w:rsidR="00B809E8" w:rsidRPr="007A0200" w:rsidRDefault="00B809E8" w:rsidP="00B809E8">
      <w:pPr>
        <w:rPr>
          <w:lang w:val="sv-SE"/>
        </w:rPr>
      </w:pPr>
      <w:r w:rsidRPr="007A0200">
        <w:rPr>
          <w:lang w:val="sv-SE"/>
        </w:rPr>
        <w:t>Lördag: 1</w:t>
      </w:r>
      <w:r>
        <w:rPr>
          <w:lang w:val="sv-SE"/>
        </w:rPr>
        <w:t>1</w:t>
      </w:r>
      <w:r w:rsidRPr="007A0200">
        <w:rPr>
          <w:lang w:val="sv-SE"/>
        </w:rPr>
        <w:t>:00-</w:t>
      </w:r>
      <w:r>
        <w:rPr>
          <w:lang w:val="sv-SE"/>
        </w:rPr>
        <w:t>20</w:t>
      </w:r>
      <w:r w:rsidRPr="007A0200">
        <w:rPr>
          <w:lang w:val="sv-SE"/>
        </w:rPr>
        <w:t>:</w:t>
      </w:r>
      <w:r>
        <w:rPr>
          <w:lang w:val="sv-SE"/>
        </w:rPr>
        <w:t>3</w:t>
      </w:r>
      <w:r w:rsidRPr="007A0200">
        <w:rPr>
          <w:lang w:val="sv-SE"/>
        </w:rPr>
        <w:t>0</w:t>
      </w:r>
      <w:r w:rsidRPr="007A0200">
        <w:rPr>
          <w:lang w:val="sv-SE"/>
        </w:rPr>
        <w:br/>
        <w:t>Söndag: 1</w:t>
      </w:r>
      <w:r>
        <w:rPr>
          <w:lang w:val="sv-SE"/>
        </w:rPr>
        <w:t>1</w:t>
      </w:r>
      <w:r w:rsidRPr="007A0200">
        <w:rPr>
          <w:lang w:val="sv-SE"/>
        </w:rPr>
        <w:t>:00-2</w:t>
      </w:r>
      <w:r>
        <w:rPr>
          <w:lang w:val="sv-SE"/>
        </w:rPr>
        <w:t>0</w:t>
      </w:r>
      <w:r w:rsidRPr="007A0200">
        <w:rPr>
          <w:lang w:val="sv-SE"/>
        </w:rPr>
        <w:t>:00</w:t>
      </w:r>
    </w:p>
    <w:p w14:paraId="52D2197B" w14:textId="77777777" w:rsidR="0037144D" w:rsidRPr="00B809E8" w:rsidRDefault="00BD1778">
      <w:pPr>
        <w:rPr>
          <w:lang w:val="sv-SE"/>
        </w:rPr>
      </w:pPr>
      <w:r w:rsidRPr="00B809E8">
        <w:rPr>
          <w:lang w:val="sv-SE"/>
        </w:rPr>
        <w:t xml:space="preserve">Webbplats: </w:t>
      </w:r>
      <w:hyperlink r:id="rId6">
        <w:r w:rsidRPr="00B809E8">
          <w:rPr>
            <w:lang w:val="sv-SE"/>
          </w:rPr>
          <w:t>https://seastreet.se/restaurang/umea/</w:t>
        </w:r>
      </w:hyperlink>
    </w:p>
    <w:p w14:paraId="5E397CDA" w14:textId="77777777" w:rsidR="0037144D" w:rsidRPr="00B809E8" w:rsidRDefault="00BD1778">
      <w:pPr>
        <w:pStyle w:val="Rubrik2"/>
        <w:rPr>
          <w:lang w:val="sv-SE"/>
        </w:rPr>
      </w:pPr>
      <w:r w:rsidRPr="00B809E8">
        <w:rPr>
          <w:lang w:val="sv-SE"/>
        </w:rPr>
        <w:t>Taj Mahal</w:t>
      </w:r>
    </w:p>
    <w:p w14:paraId="5E779AC6" w14:textId="77777777" w:rsidR="0037144D" w:rsidRDefault="00BD1778">
      <w:pPr>
        <w:rPr>
          <w:lang w:val="sv-SE"/>
        </w:rPr>
      </w:pPr>
      <w:r w:rsidRPr="00B809E8">
        <w:rPr>
          <w:lang w:val="sv-SE"/>
        </w:rPr>
        <w:t>Adress: Vasagatan 10, Umeå</w:t>
      </w:r>
      <w:r w:rsidRPr="00B809E8">
        <w:rPr>
          <w:lang w:val="sv-SE"/>
        </w:rPr>
        <w:br/>
        <w:t>Kök: Indiskt, curry, tandoori, vegetariskt och lunchbuffé</w:t>
      </w:r>
    </w:p>
    <w:p w14:paraId="451081FD" w14:textId="61015D2C" w:rsidR="00B809E8" w:rsidRPr="00B809E8" w:rsidRDefault="00B809E8">
      <w:pPr>
        <w:rPr>
          <w:lang w:val="sv-SE"/>
        </w:rPr>
      </w:pPr>
      <w:r w:rsidRPr="00B809E8">
        <w:rPr>
          <w:lang w:val="sv-SE"/>
        </w:rPr>
        <w:t>Lör</w:t>
      </w:r>
      <w:r>
        <w:rPr>
          <w:lang w:val="sv-SE"/>
        </w:rPr>
        <w:t>dag:</w:t>
      </w:r>
      <w:r w:rsidRPr="00B809E8">
        <w:rPr>
          <w:lang w:val="sv-SE"/>
        </w:rPr>
        <w:t xml:space="preserve"> 12</w:t>
      </w:r>
      <w:r>
        <w:rPr>
          <w:lang w:val="sv-SE"/>
        </w:rPr>
        <w:t>:00</w:t>
      </w:r>
      <w:r w:rsidRPr="00B809E8">
        <w:rPr>
          <w:lang w:val="sv-SE"/>
        </w:rPr>
        <w:t>-23</w:t>
      </w:r>
      <w:r>
        <w:rPr>
          <w:lang w:val="sv-SE"/>
        </w:rPr>
        <w:t>:00</w:t>
      </w:r>
      <w:r>
        <w:rPr>
          <w:lang w:val="sv-SE"/>
        </w:rPr>
        <w:br/>
      </w:r>
      <w:r w:rsidRPr="00B809E8">
        <w:rPr>
          <w:lang w:val="sv-SE"/>
        </w:rPr>
        <w:t>Sön</w:t>
      </w:r>
      <w:r>
        <w:rPr>
          <w:lang w:val="sv-SE"/>
        </w:rPr>
        <w:t>dag:</w:t>
      </w:r>
      <w:r w:rsidRPr="00B809E8">
        <w:rPr>
          <w:lang w:val="sv-SE"/>
        </w:rPr>
        <w:t xml:space="preserve"> 12</w:t>
      </w:r>
      <w:r>
        <w:rPr>
          <w:lang w:val="sv-SE"/>
        </w:rPr>
        <w:t>:00</w:t>
      </w:r>
      <w:r w:rsidRPr="00B809E8">
        <w:rPr>
          <w:lang w:val="sv-SE"/>
        </w:rPr>
        <w:t>-21</w:t>
      </w:r>
      <w:r>
        <w:rPr>
          <w:lang w:val="sv-SE"/>
        </w:rPr>
        <w:t>:00</w:t>
      </w:r>
    </w:p>
    <w:p w14:paraId="2D798721" w14:textId="77777777" w:rsidR="0037144D" w:rsidRPr="00B809E8" w:rsidRDefault="00BD1778">
      <w:pPr>
        <w:rPr>
          <w:lang w:val="sv-SE"/>
        </w:rPr>
      </w:pPr>
      <w:r w:rsidRPr="00B809E8">
        <w:rPr>
          <w:lang w:val="sv-SE"/>
        </w:rPr>
        <w:t xml:space="preserve">Webbplats: </w:t>
      </w:r>
      <w:hyperlink r:id="rId7">
        <w:r w:rsidRPr="00B809E8">
          <w:rPr>
            <w:lang w:val="sv-SE"/>
          </w:rPr>
          <w:t>https://tajmahalumea.com/</w:t>
        </w:r>
      </w:hyperlink>
    </w:p>
    <w:p w14:paraId="3699B404" w14:textId="77777777" w:rsidR="0037144D" w:rsidRPr="00B809E8" w:rsidRDefault="00BD1778">
      <w:pPr>
        <w:pStyle w:val="Rubrik2"/>
        <w:rPr>
          <w:lang w:val="sv-SE"/>
        </w:rPr>
      </w:pPr>
      <w:proofErr w:type="spellStart"/>
      <w:r w:rsidRPr="00B809E8">
        <w:rPr>
          <w:lang w:val="sv-SE"/>
        </w:rPr>
        <w:t>Kebabnekajse</w:t>
      </w:r>
      <w:proofErr w:type="spellEnd"/>
      <w:r w:rsidRPr="00B809E8">
        <w:rPr>
          <w:lang w:val="sv-SE"/>
        </w:rPr>
        <w:t xml:space="preserve"> Pizzeria</w:t>
      </w:r>
    </w:p>
    <w:p w14:paraId="419BD02D" w14:textId="77777777" w:rsidR="0037144D" w:rsidRDefault="00BD1778">
      <w:pPr>
        <w:rPr>
          <w:lang w:val="sv-SE"/>
        </w:rPr>
      </w:pPr>
      <w:r w:rsidRPr="00B809E8">
        <w:rPr>
          <w:lang w:val="sv-SE"/>
        </w:rPr>
        <w:t>Adress: Rådhusesplanaden 18B, Umeå</w:t>
      </w:r>
      <w:r w:rsidRPr="00B809E8">
        <w:rPr>
          <w:lang w:val="sv-SE"/>
        </w:rPr>
        <w:br/>
        <w:t>Kök: Pizza, kebab, pasta, sallader och vegetariska alternativ</w:t>
      </w:r>
    </w:p>
    <w:p w14:paraId="7023130E" w14:textId="5FD3E6AD" w:rsidR="00B809E8" w:rsidRPr="00B809E8" w:rsidRDefault="00B809E8" w:rsidP="00B809E8">
      <w:pPr>
        <w:rPr>
          <w:lang w:val="sv-SE"/>
        </w:rPr>
      </w:pPr>
      <w:r w:rsidRPr="00B809E8">
        <w:rPr>
          <w:lang w:val="sv-SE"/>
        </w:rPr>
        <w:t>Lör</w:t>
      </w:r>
      <w:r>
        <w:rPr>
          <w:lang w:val="sv-SE"/>
        </w:rPr>
        <w:t>dag:</w:t>
      </w:r>
      <w:r w:rsidRPr="00B809E8">
        <w:rPr>
          <w:lang w:val="sv-SE"/>
        </w:rPr>
        <w:t xml:space="preserve"> 12</w:t>
      </w:r>
      <w:r>
        <w:rPr>
          <w:lang w:val="sv-SE"/>
        </w:rPr>
        <w:t>:00</w:t>
      </w:r>
      <w:r w:rsidRPr="00B809E8">
        <w:rPr>
          <w:lang w:val="sv-SE"/>
        </w:rPr>
        <w:t>-2</w:t>
      </w:r>
      <w:r>
        <w:rPr>
          <w:lang w:val="sv-SE"/>
        </w:rPr>
        <w:t>0:00</w:t>
      </w:r>
      <w:r>
        <w:rPr>
          <w:lang w:val="sv-SE"/>
        </w:rPr>
        <w:br/>
      </w:r>
      <w:r w:rsidRPr="00B809E8">
        <w:rPr>
          <w:lang w:val="sv-SE"/>
        </w:rPr>
        <w:t>Sön</w:t>
      </w:r>
      <w:r>
        <w:rPr>
          <w:lang w:val="sv-SE"/>
        </w:rPr>
        <w:t>dag:</w:t>
      </w:r>
      <w:r w:rsidRPr="00B809E8">
        <w:rPr>
          <w:lang w:val="sv-SE"/>
        </w:rPr>
        <w:t xml:space="preserve"> 12</w:t>
      </w:r>
      <w:r>
        <w:rPr>
          <w:lang w:val="sv-SE"/>
        </w:rPr>
        <w:t>:00</w:t>
      </w:r>
      <w:r w:rsidRPr="00B809E8">
        <w:rPr>
          <w:lang w:val="sv-SE"/>
        </w:rPr>
        <w:t>-2</w:t>
      </w:r>
      <w:r>
        <w:rPr>
          <w:lang w:val="sv-SE"/>
        </w:rPr>
        <w:t>0:00</w:t>
      </w:r>
    </w:p>
    <w:p w14:paraId="118E1635" w14:textId="77777777" w:rsidR="0037144D" w:rsidRPr="00B809E8" w:rsidRDefault="00BD1778">
      <w:pPr>
        <w:rPr>
          <w:lang w:val="sv-SE"/>
        </w:rPr>
      </w:pPr>
      <w:r w:rsidRPr="00B809E8">
        <w:rPr>
          <w:lang w:val="sv-SE"/>
        </w:rPr>
        <w:t xml:space="preserve">Webbplats: </w:t>
      </w:r>
      <w:hyperlink r:id="rId8">
        <w:r w:rsidRPr="00B809E8">
          <w:rPr>
            <w:lang w:val="sv-SE"/>
          </w:rPr>
          <w:t>https://kebabnekajse.se/</w:t>
        </w:r>
      </w:hyperlink>
    </w:p>
    <w:p w14:paraId="055E53E1" w14:textId="77777777" w:rsidR="0037144D" w:rsidRPr="00B809E8" w:rsidRDefault="00BD1778">
      <w:pPr>
        <w:pStyle w:val="Rubrik2"/>
        <w:rPr>
          <w:lang w:val="sv-SE"/>
        </w:rPr>
      </w:pPr>
      <w:r w:rsidRPr="00B809E8">
        <w:rPr>
          <w:lang w:val="sv-SE"/>
        </w:rPr>
        <w:t>Allstar Umeå</w:t>
      </w:r>
    </w:p>
    <w:p w14:paraId="0EC48554" w14:textId="77777777" w:rsidR="0037144D" w:rsidRDefault="00BD1778">
      <w:pPr>
        <w:rPr>
          <w:lang w:val="sv-SE"/>
        </w:rPr>
      </w:pPr>
      <w:r w:rsidRPr="00B809E8">
        <w:rPr>
          <w:lang w:val="sv-SE"/>
        </w:rPr>
        <w:t>Adress: Skolgatan 59, Umeå</w:t>
      </w:r>
      <w:r w:rsidRPr="00B809E8">
        <w:rPr>
          <w:lang w:val="sv-SE"/>
        </w:rPr>
        <w:br/>
        <w:t xml:space="preserve">Kök: Amerikanskt, hamburgare, grillrätter, </w:t>
      </w:r>
      <w:proofErr w:type="spellStart"/>
      <w:r w:rsidRPr="00B809E8">
        <w:rPr>
          <w:lang w:val="sv-SE"/>
        </w:rPr>
        <w:t>pubmat</w:t>
      </w:r>
      <w:proofErr w:type="spellEnd"/>
      <w:r w:rsidRPr="00B809E8">
        <w:rPr>
          <w:lang w:val="sv-SE"/>
        </w:rPr>
        <w:t xml:space="preserve"> och sportbarsmeny</w:t>
      </w:r>
    </w:p>
    <w:p w14:paraId="04A03527" w14:textId="71869E61" w:rsidR="00B809E8" w:rsidRPr="00B809E8" w:rsidRDefault="00B809E8" w:rsidP="00B809E8">
      <w:pPr>
        <w:rPr>
          <w:lang w:val="sv-SE"/>
        </w:rPr>
      </w:pPr>
      <w:r w:rsidRPr="00B809E8">
        <w:rPr>
          <w:lang w:val="sv-SE"/>
        </w:rPr>
        <w:t>Lördag</w:t>
      </w:r>
      <w:r>
        <w:rPr>
          <w:lang w:val="sv-SE"/>
        </w:rPr>
        <w:t>:</w:t>
      </w:r>
      <w:r w:rsidRPr="00B809E8">
        <w:rPr>
          <w:lang w:val="sv-SE"/>
        </w:rPr>
        <w:t xml:space="preserve"> 12</w:t>
      </w:r>
      <w:r>
        <w:rPr>
          <w:lang w:val="sv-SE"/>
        </w:rPr>
        <w:t>:00</w:t>
      </w:r>
      <w:r w:rsidRPr="00B809E8">
        <w:rPr>
          <w:lang w:val="sv-SE"/>
        </w:rPr>
        <w:t>- sent</w:t>
      </w:r>
      <w:r>
        <w:rPr>
          <w:lang w:val="sv-SE"/>
        </w:rPr>
        <w:br/>
      </w:r>
      <w:r w:rsidRPr="00B809E8">
        <w:rPr>
          <w:lang w:val="sv-SE"/>
        </w:rPr>
        <w:t>Söndag</w:t>
      </w:r>
      <w:r>
        <w:rPr>
          <w:lang w:val="sv-SE"/>
        </w:rPr>
        <w:t>:</w:t>
      </w:r>
      <w:r w:rsidRPr="00B809E8">
        <w:rPr>
          <w:lang w:val="sv-SE"/>
        </w:rPr>
        <w:t xml:space="preserve"> 13</w:t>
      </w:r>
      <w:r>
        <w:rPr>
          <w:lang w:val="sv-SE"/>
        </w:rPr>
        <w:t>:00</w:t>
      </w:r>
      <w:r w:rsidRPr="00B809E8">
        <w:rPr>
          <w:lang w:val="sv-SE"/>
        </w:rPr>
        <w:t>-21</w:t>
      </w:r>
      <w:r>
        <w:rPr>
          <w:lang w:val="sv-SE"/>
        </w:rPr>
        <w:t>:00</w:t>
      </w:r>
    </w:p>
    <w:p w14:paraId="152F7347" w14:textId="58662B61" w:rsidR="002144E2" w:rsidRPr="002144E2" w:rsidRDefault="00BD1778">
      <w:r w:rsidRPr="00B809E8">
        <w:rPr>
          <w:lang w:val="sv-SE"/>
        </w:rPr>
        <w:t xml:space="preserve">Webbplats: </w:t>
      </w:r>
      <w:hyperlink r:id="rId9">
        <w:r w:rsidRPr="00B809E8">
          <w:rPr>
            <w:lang w:val="sv-SE"/>
          </w:rPr>
          <w:t>https://www.allstarbar.se/umea/</w:t>
        </w:r>
      </w:hyperlink>
    </w:p>
    <w:p w14:paraId="5BF31B22" w14:textId="77777777" w:rsidR="0037144D" w:rsidRPr="00B809E8" w:rsidRDefault="00BD1778">
      <w:pPr>
        <w:pStyle w:val="Rubrik2"/>
        <w:rPr>
          <w:lang w:val="sv-SE"/>
        </w:rPr>
      </w:pPr>
      <w:r w:rsidRPr="00B809E8">
        <w:rPr>
          <w:lang w:val="sv-SE"/>
        </w:rPr>
        <w:t>Helan &amp; Halvan Grill</w:t>
      </w:r>
    </w:p>
    <w:p w14:paraId="1864C204" w14:textId="77777777" w:rsidR="0037144D" w:rsidRDefault="00BD1778">
      <w:pPr>
        <w:rPr>
          <w:lang w:val="sv-SE"/>
        </w:rPr>
      </w:pPr>
      <w:r w:rsidRPr="00B809E8">
        <w:rPr>
          <w:lang w:val="sv-SE"/>
        </w:rPr>
        <w:t>Adress: Skolgatan 65E, Umeå</w:t>
      </w:r>
      <w:r w:rsidRPr="00B809E8">
        <w:rPr>
          <w:lang w:val="sv-SE"/>
        </w:rPr>
        <w:br/>
        <w:t>Kök: Grill, kebab, hamburgare och snabbmat</w:t>
      </w:r>
    </w:p>
    <w:p w14:paraId="6D707C04" w14:textId="40F22BCE" w:rsidR="0037144D" w:rsidRDefault="00A4131A">
      <w:pPr>
        <w:rPr>
          <w:lang w:val="sv-SE"/>
        </w:rPr>
      </w:pPr>
      <w:r w:rsidRPr="00B809E8">
        <w:rPr>
          <w:lang w:val="sv-SE"/>
        </w:rPr>
        <w:t>Lördag</w:t>
      </w:r>
      <w:r>
        <w:rPr>
          <w:lang w:val="sv-SE"/>
        </w:rPr>
        <w:t>:</w:t>
      </w:r>
      <w:r w:rsidRPr="00B809E8">
        <w:rPr>
          <w:lang w:val="sv-SE"/>
        </w:rPr>
        <w:t xml:space="preserve"> </w:t>
      </w:r>
      <w:r>
        <w:rPr>
          <w:lang w:val="sv-SE"/>
        </w:rPr>
        <w:t>11:00-03:00</w:t>
      </w:r>
      <w:r>
        <w:rPr>
          <w:lang w:val="sv-SE"/>
        </w:rPr>
        <w:br/>
      </w:r>
      <w:r w:rsidRPr="00B809E8">
        <w:rPr>
          <w:lang w:val="sv-SE"/>
        </w:rPr>
        <w:t>Söndag</w:t>
      </w:r>
      <w:r>
        <w:rPr>
          <w:lang w:val="sv-SE"/>
        </w:rPr>
        <w:t>:</w:t>
      </w:r>
      <w:r w:rsidRPr="00B809E8">
        <w:rPr>
          <w:lang w:val="sv-SE"/>
        </w:rPr>
        <w:t xml:space="preserve"> </w:t>
      </w:r>
      <w:r>
        <w:rPr>
          <w:lang w:val="sv-SE"/>
        </w:rPr>
        <w:t>Stängt</w:t>
      </w:r>
    </w:p>
    <w:p w14:paraId="6AA19229" w14:textId="77777777" w:rsidR="00BF1AF8" w:rsidRDefault="00BF1AF8">
      <w:pPr>
        <w:rPr>
          <w:lang w:val="sv-SE"/>
        </w:rPr>
      </w:pPr>
    </w:p>
    <w:p w14:paraId="64D6301F" w14:textId="77777777" w:rsidR="002144E2" w:rsidRDefault="00BF1AF8" w:rsidP="002144E2">
      <w:pPr>
        <w:pStyle w:val="Rubrik2"/>
        <w:rPr>
          <w:lang w:val="sv-SE"/>
        </w:rPr>
      </w:pPr>
      <w:proofErr w:type="spellStart"/>
      <w:r w:rsidRPr="00BF1AF8">
        <w:rPr>
          <w:lang w:val="sv-SE"/>
        </w:rPr>
        <w:t>Ronyas</w:t>
      </w:r>
      <w:proofErr w:type="spellEnd"/>
      <w:r w:rsidRPr="00BF1AF8">
        <w:rPr>
          <w:lang w:val="sv-SE"/>
        </w:rPr>
        <w:t xml:space="preserve"> Restaurang</w:t>
      </w:r>
    </w:p>
    <w:p w14:paraId="57FDAD3C" w14:textId="6C0F063F" w:rsidR="002144E2" w:rsidRDefault="002144E2" w:rsidP="002144E2">
      <w:pPr>
        <w:rPr>
          <w:lang w:val="sv-SE"/>
        </w:rPr>
      </w:pPr>
      <w:r w:rsidRPr="002144E2">
        <w:rPr>
          <w:lang w:val="sv-SE"/>
        </w:rPr>
        <w:t>Adre</w:t>
      </w:r>
      <w:r>
        <w:rPr>
          <w:lang w:val="sv-SE"/>
        </w:rPr>
        <w:t>ss:</w:t>
      </w:r>
      <w:r w:rsidRPr="002144E2">
        <w:rPr>
          <w:rFonts w:ascii="open-sans" w:hAnsi="open-sans"/>
          <w:color w:val="000000"/>
          <w:shd w:val="clear" w:color="auto" w:fill="FFFFFF"/>
          <w:lang w:val="sv-SE"/>
        </w:rPr>
        <w:t xml:space="preserve"> </w:t>
      </w:r>
      <w:r w:rsidRPr="002144E2">
        <w:rPr>
          <w:lang w:val="sv-SE"/>
        </w:rPr>
        <w:t>Skolgatan 65F</w:t>
      </w:r>
      <w:r>
        <w:rPr>
          <w:lang w:val="sv-SE"/>
        </w:rPr>
        <w:t xml:space="preserve">, </w:t>
      </w:r>
      <w:r w:rsidRPr="002144E2">
        <w:rPr>
          <w:lang w:val="sv-SE"/>
        </w:rPr>
        <w:t>Vasaplan, Umeå</w:t>
      </w:r>
      <w:r>
        <w:rPr>
          <w:lang w:val="sv-SE"/>
        </w:rPr>
        <w:br/>
      </w:r>
      <w:r>
        <w:rPr>
          <w:lang w:val="sv-SE"/>
        </w:rPr>
        <w:t xml:space="preserve">Kök: </w:t>
      </w:r>
      <w:r w:rsidRPr="00B809E8">
        <w:rPr>
          <w:lang w:val="sv-SE"/>
        </w:rPr>
        <w:t xml:space="preserve">Kök: Pizza, </w:t>
      </w:r>
      <w:r>
        <w:rPr>
          <w:lang w:val="sv-SE"/>
        </w:rPr>
        <w:t>grill, husmanskost</w:t>
      </w:r>
      <w:r w:rsidRPr="00B809E8">
        <w:rPr>
          <w:lang w:val="sv-SE"/>
        </w:rPr>
        <w:t xml:space="preserve">, pasta, sallader </w:t>
      </w:r>
    </w:p>
    <w:p w14:paraId="0970132F" w14:textId="77777777" w:rsidR="002144E2" w:rsidRPr="002144E2" w:rsidRDefault="002144E2" w:rsidP="002144E2">
      <w:pPr>
        <w:rPr>
          <w:lang w:val="sv-SE"/>
        </w:rPr>
      </w:pPr>
      <w:proofErr w:type="spellStart"/>
      <w:r w:rsidRPr="002144E2">
        <w:rPr>
          <w:lang w:val="sv-SE"/>
        </w:rPr>
        <w:t>Lör</w:t>
      </w:r>
      <w:proofErr w:type="spellEnd"/>
      <w:r w:rsidRPr="002144E2">
        <w:rPr>
          <w:lang w:val="sv-SE"/>
        </w:rPr>
        <w:t>-Sön: 11:00 – 21:00</w:t>
      </w:r>
    </w:p>
    <w:p w14:paraId="5DEE3381" w14:textId="6867C8D2" w:rsidR="002144E2" w:rsidRPr="002144E2" w:rsidRDefault="002144E2" w:rsidP="00BF1AF8">
      <w:proofErr w:type="spellStart"/>
      <w:r w:rsidRPr="002144E2">
        <w:t>Webbplants</w:t>
      </w:r>
      <w:proofErr w:type="spellEnd"/>
      <w:r w:rsidRPr="002144E2">
        <w:t xml:space="preserve">: </w:t>
      </w:r>
      <w:hyperlink r:id="rId10" w:history="1">
        <w:r w:rsidRPr="002144E2">
          <w:rPr>
            <w:rStyle w:val="Hyperlnk"/>
            <w:color w:val="auto"/>
          </w:rPr>
          <w:t>https://share.google/Jvg</w:t>
        </w:r>
        <w:r w:rsidRPr="002144E2">
          <w:rPr>
            <w:rStyle w:val="Hyperlnk"/>
            <w:color w:val="auto"/>
          </w:rPr>
          <w:t>y</w:t>
        </w:r>
        <w:r w:rsidRPr="002144E2">
          <w:rPr>
            <w:rStyle w:val="Hyperlnk"/>
            <w:color w:val="auto"/>
          </w:rPr>
          <w:t>Lgoz</w:t>
        </w:r>
        <w:r w:rsidRPr="002144E2">
          <w:rPr>
            <w:rStyle w:val="Hyperlnk"/>
            <w:color w:val="auto"/>
          </w:rPr>
          <w:t>2</w:t>
        </w:r>
        <w:r w:rsidRPr="002144E2">
          <w:rPr>
            <w:rStyle w:val="Hyperlnk"/>
            <w:color w:val="auto"/>
          </w:rPr>
          <w:t>le</w:t>
        </w:r>
        <w:r w:rsidRPr="002144E2">
          <w:rPr>
            <w:rStyle w:val="Hyperlnk"/>
            <w:color w:val="auto"/>
          </w:rPr>
          <w:t>d</w:t>
        </w:r>
        <w:r w:rsidRPr="002144E2">
          <w:rPr>
            <w:rStyle w:val="Hyperlnk"/>
            <w:color w:val="auto"/>
          </w:rPr>
          <w:t>ggne6</w:t>
        </w:r>
      </w:hyperlink>
      <w:r w:rsidRPr="002144E2">
        <w:br/>
      </w:r>
    </w:p>
    <w:p w14:paraId="72F8A4EA" w14:textId="77777777" w:rsidR="002144E2" w:rsidRDefault="00BF1AF8" w:rsidP="002144E2">
      <w:pPr>
        <w:pStyle w:val="Rubrik2"/>
        <w:rPr>
          <w:lang w:val="sv-SE"/>
        </w:rPr>
      </w:pPr>
      <w:proofErr w:type="spellStart"/>
      <w:r w:rsidRPr="00BF1AF8">
        <w:rPr>
          <w:lang w:val="sv-SE"/>
        </w:rPr>
        <w:t>Rosegarden</w:t>
      </w:r>
      <w:proofErr w:type="spellEnd"/>
      <w:r w:rsidRPr="00BF1AF8">
        <w:rPr>
          <w:lang w:val="sv-SE"/>
        </w:rPr>
        <w:t xml:space="preserve"> Umeå</w:t>
      </w:r>
    </w:p>
    <w:p w14:paraId="202B79D0" w14:textId="1C2ABE46" w:rsidR="002144E2" w:rsidRDefault="002144E2" w:rsidP="002144E2">
      <w:pPr>
        <w:rPr>
          <w:lang w:val="sv-SE"/>
        </w:rPr>
      </w:pPr>
      <w:r w:rsidRPr="002144E2">
        <w:rPr>
          <w:lang w:val="sv-SE"/>
        </w:rPr>
        <w:t>Adre</w:t>
      </w:r>
      <w:r>
        <w:rPr>
          <w:lang w:val="sv-SE"/>
        </w:rPr>
        <w:t>ss:</w:t>
      </w:r>
      <w:r w:rsidRPr="002144E2">
        <w:rPr>
          <w:rFonts w:ascii="open-sans" w:hAnsi="open-sans"/>
          <w:color w:val="000000"/>
          <w:shd w:val="clear" w:color="auto" w:fill="FFFFFF"/>
          <w:lang w:val="sv-SE"/>
        </w:rPr>
        <w:t xml:space="preserve"> </w:t>
      </w:r>
      <w:r w:rsidRPr="002144E2">
        <w:rPr>
          <w:lang w:val="sv-SE"/>
        </w:rPr>
        <w:t>Rådhusesplanaden 2A</w:t>
      </w:r>
      <w:r>
        <w:rPr>
          <w:lang w:val="sv-SE"/>
        </w:rPr>
        <w:t xml:space="preserve">, </w:t>
      </w:r>
      <w:r w:rsidRPr="002144E2">
        <w:rPr>
          <w:lang w:val="sv-SE"/>
        </w:rPr>
        <w:t>903 28 Umeå</w:t>
      </w:r>
      <w:r>
        <w:rPr>
          <w:lang w:val="sv-SE"/>
        </w:rPr>
        <w:br/>
        <w:t xml:space="preserve">Kök: </w:t>
      </w:r>
      <w:r>
        <w:rPr>
          <w:lang w:val="sv-SE"/>
        </w:rPr>
        <w:t>Asiatisk buffé, sushi</w:t>
      </w:r>
      <w:r w:rsidRPr="00B809E8">
        <w:rPr>
          <w:lang w:val="sv-SE"/>
        </w:rPr>
        <w:t xml:space="preserve"> </w:t>
      </w:r>
    </w:p>
    <w:p w14:paraId="0DB2D1E8" w14:textId="097D3E5A" w:rsidR="002144E2" w:rsidRDefault="002144E2" w:rsidP="00BF1AF8">
      <w:pPr>
        <w:rPr>
          <w:lang w:val="sv-SE"/>
        </w:rPr>
      </w:pPr>
      <w:r w:rsidRPr="002144E2">
        <w:rPr>
          <w:lang w:val="sv-SE"/>
        </w:rPr>
        <w:t>Lördag 11:00 - 18:00</w:t>
      </w:r>
      <w:r w:rsidRPr="002144E2">
        <w:rPr>
          <w:lang w:val="sv-SE"/>
        </w:rPr>
        <w:br/>
        <w:t>Söndag 11:30 - 17:00</w:t>
      </w:r>
    </w:p>
    <w:p w14:paraId="21069F08" w14:textId="4F981C6D" w:rsidR="00BF1AF8" w:rsidRPr="00BF1AF8" w:rsidRDefault="002144E2" w:rsidP="00BF1AF8">
      <w:pPr>
        <w:rPr>
          <w:lang w:val="sv-SE"/>
        </w:rPr>
      </w:pPr>
      <w:r>
        <w:rPr>
          <w:lang w:val="sv-SE"/>
        </w:rPr>
        <w:t>Webbplats</w:t>
      </w:r>
      <w:r w:rsidR="00BF1AF8" w:rsidRPr="00BF1AF8">
        <w:rPr>
          <w:lang w:val="sv-SE"/>
        </w:rPr>
        <w:t xml:space="preserve"> </w:t>
      </w:r>
      <w:hyperlink r:id="rId11" w:history="1">
        <w:r w:rsidR="00BF1AF8" w:rsidRPr="002144E2">
          <w:rPr>
            <w:rStyle w:val="Hyperlnk"/>
            <w:color w:val="auto"/>
            <w:lang w:val="sv-SE"/>
          </w:rPr>
          <w:t>https://sha</w:t>
        </w:r>
        <w:r w:rsidR="00BF1AF8" w:rsidRPr="002144E2">
          <w:rPr>
            <w:rStyle w:val="Hyperlnk"/>
            <w:color w:val="auto"/>
            <w:lang w:val="sv-SE"/>
          </w:rPr>
          <w:t>r</w:t>
        </w:r>
        <w:r w:rsidR="00BF1AF8" w:rsidRPr="002144E2">
          <w:rPr>
            <w:rStyle w:val="Hyperlnk"/>
            <w:color w:val="auto"/>
            <w:lang w:val="sv-SE"/>
          </w:rPr>
          <w:t>e.goo</w:t>
        </w:r>
        <w:r w:rsidR="00BF1AF8" w:rsidRPr="002144E2">
          <w:rPr>
            <w:rStyle w:val="Hyperlnk"/>
            <w:color w:val="auto"/>
            <w:lang w:val="sv-SE"/>
          </w:rPr>
          <w:t>g</w:t>
        </w:r>
        <w:r w:rsidR="00BF1AF8" w:rsidRPr="002144E2">
          <w:rPr>
            <w:rStyle w:val="Hyperlnk"/>
            <w:color w:val="auto"/>
            <w:lang w:val="sv-SE"/>
          </w:rPr>
          <w:t>le/jzNkCUb7HhnB7Pd4H</w:t>
        </w:r>
      </w:hyperlink>
    </w:p>
    <w:p w14:paraId="3534A5C4" w14:textId="77777777" w:rsidR="00BF1AF8" w:rsidRPr="00B809E8" w:rsidRDefault="00BF1AF8">
      <w:pPr>
        <w:rPr>
          <w:lang w:val="sv-SE"/>
        </w:rPr>
      </w:pPr>
    </w:p>
    <w:sectPr w:rsidR="00BF1AF8" w:rsidRPr="00B809E8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open-sans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rerad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rerad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ktlist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ktlist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67636946">
    <w:abstractNumId w:val="8"/>
  </w:num>
  <w:num w:numId="2" w16cid:durableId="1886675289">
    <w:abstractNumId w:val="6"/>
  </w:num>
  <w:num w:numId="3" w16cid:durableId="2056155134">
    <w:abstractNumId w:val="5"/>
  </w:num>
  <w:num w:numId="4" w16cid:durableId="688415896">
    <w:abstractNumId w:val="4"/>
  </w:num>
  <w:num w:numId="5" w16cid:durableId="991831495">
    <w:abstractNumId w:val="7"/>
  </w:num>
  <w:num w:numId="6" w16cid:durableId="269775554">
    <w:abstractNumId w:val="3"/>
  </w:num>
  <w:num w:numId="7" w16cid:durableId="1508405583">
    <w:abstractNumId w:val="2"/>
  </w:num>
  <w:num w:numId="8" w16cid:durableId="885139852">
    <w:abstractNumId w:val="1"/>
  </w:num>
  <w:num w:numId="9" w16cid:durableId="18361881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41AD"/>
    <w:rsid w:val="00111F2D"/>
    <w:rsid w:val="0015074B"/>
    <w:rsid w:val="002144E2"/>
    <w:rsid w:val="0029639D"/>
    <w:rsid w:val="002F054E"/>
    <w:rsid w:val="00326F90"/>
    <w:rsid w:val="0037144D"/>
    <w:rsid w:val="00377353"/>
    <w:rsid w:val="004F71D8"/>
    <w:rsid w:val="00955219"/>
    <w:rsid w:val="00A14DDE"/>
    <w:rsid w:val="00A4131A"/>
    <w:rsid w:val="00AA1D8D"/>
    <w:rsid w:val="00B451C3"/>
    <w:rsid w:val="00B47730"/>
    <w:rsid w:val="00B809E8"/>
    <w:rsid w:val="00B84ACA"/>
    <w:rsid w:val="00BD1778"/>
    <w:rsid w:val="00BF1AF8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655F88D"/>
  <w14:defaultImageDpi w14:val="300"/>
  <w15:docId w15:val="{B81081F0-9B74-4FC7-9340-82E837610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Rubrik1">
    <w:name w:val="heading 1"/>
    <w:basedOn w:val="Normal"/>
    <w:next w:val="Normal"/>
    <w:link w:val="Rubri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E618BF"/>
  </w:style>
  <w:style w:type="paragraph" w:styleId="Sidfot">
    <w:name w:val="footer"/>
    <w:basedOn w:val="Normal"/>
    <w:link w:val="Sidfo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E618BF"/>
  </w:style>
  <w:style w:type="paragraph" w:styleId="Ingetavstnd">
    <w:name w:val="No Spacing"/>
    <w:uiPriority w:val="1"/>
    <w:qFormat/>
    <w:rsid w:val="00FC693F"/>
    <w:pPr>
      <w:spacing w:after="0" w:line="240" w:lineRule="auto"/>
    </w:pPr>
  </w:style>
  <w:style w:type="character" w:customStyle="1" w:styleId="Rubrik1Char">
    <w:name w:val="Rubrik 1 Char"/>
    <w:basedOn w:val="Standardstycketeckensnitt"/>
    <w:link w:val="Rubri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Rubrik">
    <w:name w:val="Title"/>
    <w:basedOn w:val="Normal"/>
    <w:next w:val="Normal"/>
    <w:link w:val="Rubrik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styck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rdtext">
    <w:name w:val="Body Text"/>
    <w:basedOn w:val="Normal"/>
    <w:link w:val="BrdtextChar"/>
    <w:uiPriority w:val="99"/>
    <w:unhideWhenUsed/>
    <w:rsid w:val="00AA1D8D"/>
    <w:pPr>
      <w:spacing w:after="120"/>
    </w:pPr>
  </w:style>
  <w:style w:type="character" w:customStyle="1" w:styleId="BrdtextChar">
    <w:name w:val="Brödtext Char"/>
    <w:basedOn w:val="Standardstycketeckensnitt"/>
    <w:link w:val="Brdtext"/>
    <w:uiPriority w:val="99"/>
    <w:rsid w:val="00AA1D8D"/>
  </w:style>
  <w:style w:type="paragraph" w:styleId="Brdtext2">
    <w:name w:val="Body Text 2"/>
    <w:basedOn w:val="Normal"/>
    <w:link w:val="Brdtext2Char"/>
    <w:uiPriority w:val="99"/>
    <w:unhideWhenUsed/>
    <w:rsid w:val="00AA1D8D"/>
    <w:pPr>
      <w:spacing w:after="120" w:line="480" w:lineRule="auto"/>
    </w:pPr>
  </w:style>
  <w:style w:type="character" w:customStyle="1" w:styleId="Brdtext2Char">
    <w:name w:val="Brödtext 2 Char"/>
    <w:basedOn w:val="Standardstycketeckensnitt"/>
    <w:link w:val="Brdtext2"/>
    <w:uiPriority w:val="99"/>
    <w:rsid w:val="00AA1D8D"/>
  </w:style>
  <w:style w:type="paragraph" w:styleId="Brdtext3">
    <w:name w:val="Body Text 3"/>
    <w:basedOn w:val="Normal"/>
    <w:link w:val="Brd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rdtext3Char">
    <w:name w:val="Brödtext 3 Char"/>
    <w:basedOn w:val="Standardstycketeckensnitt"/>
    <w:link w:val="Brdtext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Punktlista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Punktlista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Punktlista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reradlist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reradlist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reradlist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fortstt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fortstt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fortstt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Char">
    <w:name w:val="Makrotext Char"/>
    <w:basedOn w:val="Standardstycketeckensnit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Standardstycketeckensnitt"/>
    <w:link w:val="Citat"/>
    <w:uiPriority w:val="29"/>
    <w:rsid w:val="00FC693F"/>
    <w:rPr>
      <w:i/>
      <w:iCs/>
      <w:color w:val="000000" w:themeColor="text1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krivning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ark">
    <w:name w:val="Strong"/>
    <w:basedOn w:val="Standardstycketeckensnitt"/>
    <w:uiPriority w:val="22"/>
    <w:qFormat/>
    <w:rsid w:val="00FC693F"/>
    <w:rPr>
      <w:b/>
      <w:bCs/>
    </w:rPr>
  </w:style>
  <w:style w:type="character" w:styleId="Betoning">
    <w:name w:val="Emphasis"/>
    <w:basedOn w:val="Standardstycketeckensnitt"/>
    <w:uiPriority w:val="20"/>
    <w:qFormat/>
    <w:rsid w:val="00FC693F"/>
    <w:rPr>
      <w:i/>
      <w:iCs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C693F"/>
    <w:rPr>
      <w:b/>
      <w:bCs/>
      <w:i/>
      <w:iCs/>
      <w:color w:val="4F81BD" w:themeColor="accent1"/>
    </w:rPr>
  </w:style>
  <w:style w:type="character" w:styleId="Diskretbetoning">
    <w:name w:val="Subtle Emphasis"/>
    <w:basedOn w:val="Standardstycketeckensnitt"/>
    <w:uiPriority w:val="19"/>
    <w:qFormat/>
    <w:rsid w:val="00FC693F"/>
    <w:rPr>
      <w:i/>
      <w:iCs/>
      <w:color w:val="808080" w:themeColor="text1" w:themeTint="7F"/>
    </w:rPr>
  </w:style>
  <w:style w:type="character" w:styleId="Starkbetoning">
    <w:name w:val="Intense Emphasis"/>
    <w:basedOn w:val="Standardstycketeckensnitt"/>
    <w:uiPriority w:val="21"/>
    <w:qFormat/>
    <w:rsid w:val="00FC693F"/>
    <w:rPr>
      <w:b/>
      <w:bCs/>
      <w:i/>
      <w:iCs/>
      <w:color w:val="4F81BD" w:themeColor="accent1"/>
    </w:rPr>
  </w:style>
  <w:style w:type="character" w:styleId="Diskretreferens">
    <w:name w:val="Subtle Reference"/>
    <w:basedOn w:val="Standardstycketeckensnitt"/>
    <w:uiPriority w:val="31"/>
    <w:qFormat/>
    <w:rsid w:val="00FC693F"/>
    <w:rPr>
      <w:smallCaps/>
      <w:color w:val="C0504D" w:themeColor="accent2"/>
      <w:u w:val="single"/>
    </w:rPr>
  </w:style>
  <w:style w:type="character" w:styleId="Starkreferens">
    <w:name w:val="Intense Reference"/>
    <w:basedOn w:val="Standardstycketeckensnit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kenstitel">
    <w:name w:val="Book Title"/>
    <w:basedOn w:val="Standardstycketeckensnitt"/>
    <w:uiPriority w:val="33"/>
    <w:qFormat/>
    <w:rsid w:val="00FC693F"/>
    <w:rPr>
      <w:b/>
      <w:bCs/>
      <w:smallCaps/>
      <w:spacing w:val="5"/>
    </w:r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FC693F"/>
    <w:pPr>
      <w:outlineLvl w:val="9"/>
    </w:pPr>
  </w:style>
  <w:style w:type="table" w:styleId="Tabellrutnt">
    <w:name w:val="Table Grid"/>
    <w:basedOn w:val="Normaltabel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skuggning">
    <w:name w:val="Light Shading"/>
    <w:basedOn w:val="Normaltabel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jusskuggning-dekorfrg1">
    <w:name w:val="Light Shading Accent 1"/>
    <w:basedOn w:val="Normaltabel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jusskuggning-dekorfrg2">
    <w:name w:val="Light Shading Accent 2"/>
    <w:basedOn w:val="Normaltabel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jusskuggning-dekorfrg3">
    <w:name w:val="Light Shading Accent 3"/>
    <w:basedOn w:val="Normaltabel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jusskuggning-dekorfrg4">
    <w:name w:val="Light Shading Accent 4"/>
    <w:basedOn w:val="Normaltabel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jusskuggning-dekorfrg5">
    <w:name w:val="Light Shading Accent 5"/>
    <w:basedOn w:val="Normaltabel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jusskuggning-dekorfrg6">
    <w:name w:val="Light Shading Accent 6"/>
    <w:basedOn w:val="Normaltabel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juslista">
    <w:name w:val="Light List"/>
    <w:basedOn w:val="Normal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juslista-dekorfrg1">
    <w:name w:val="Light List Accent 1"/>
    <w:basedOn w:val="Normal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juslista-dekorfrg2">
    <w:name w:val="Light List Accent 2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juslista-dekorfrg3">
    <w:name w:val="Light List Accent 3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juslista-dekorfrg4">
    <w:name w:val="Light List Accent 4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juslista-dekorfrg5">
    <w:name w:val="Light List Accent 5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juslista-dekorfrg6">
    <w:name w:val="Light List Accent 6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justrutnt">
    <w:name w:val="Light Grid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justrutnt-dekorfrg1">
    <w:name w:val="Light Grid Accent 1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justrutnt-dekorfrg2">
    <w:name w:val="Light Grid Accent 2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justrutnt-dekorfrg3">
    <w:name w:val="Light Grid Accent 3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justrutnt-dekorfrg4">
    <w:name w:val="Light Grid Accent 4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justrutnt-dekorfrg5">
    <w:name w:val="Light Grid Accent 5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justrutnt-dekorfrg6">
    <w:name w:val="Light Grid Accent 6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llanmrkskuggning1">
    <w:name w:val="Medium Shading 1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2">
    <w:name w:val="Medium Shading 1 Accent 2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3">
    <w:name w:val="Medium Shading 1 Accent 3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4">
    <w:name w:val="Medium Shading 1 Accent 4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5">
    <w:name w:val="Medium Shading 1 Accent 5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2">
    <w:name w:val="Medium Shading 2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1">
    <w:name w:val="Medium Shading 2 Accent 1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2">
    <w:name w:val="Medium Shading 2 Accent 2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3">
    <w:name w:val="Medium Shading 2 Accent 3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4">
    <w:name w:val="Medium Shading 2 Accent 4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5">
    <w:name w:val="Medium Shading 2 Accent 5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6">
    <w:name w:val="Medium Shading 2 Accent 6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lista1">
    <w:name w:val="Medium List 1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llanmrklista1-dekorfrg1">
    <w:name w:val="Medium List 1 Accent 1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llanmrklista1-dekorfrg2">
    <w:name w:val="Medium List 1 Accent 2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llanmrklista1-dekorfrg3">
    <w:name w:val="Medium List 1 Accent 3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llanmrklista1-dekorfrg4">
    <w:name w:val="Medium List 1 Accent 4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llanmrklista1-dekorfrg5">
    <w:name w:val="Medium List 1 Accent 5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llanmrklista1-dekorfrg6">
    <w:name w:val="Medium List 1 Accent 6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llanmrklista2">
    <w:name w:val="Medium List 2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1">
    <w:name w:val="Medium List 2 Accent 1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2">
    <w:name w:val="Medium List 2 Accent 2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3">
    <w:name w:val="Medium List 2 Accent 3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4">
    <w:name w:val="Medium List 2 Accent 4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5">
    <w:name w:val="Medium List 2 Accent 5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6">
    <w:name w:val="Medium List 2 Accent 6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trutnt1">
    <w:name w:val="Medium Grid 1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llanmrktrutnt1-dekorfrg1">
    <w:name w:val="Medium Grid 1 Accent 1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llanmrktrutnt1-dekorfrg2">
    <w:name w:val="Medium Grid 1 Accent 2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llanmrktrutnt1-dekorfrg3">
    <w:name w:val="Medium Grid 1 Accent 3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llanmrktrutnt1-dekorfrg4">
    <w:name w:val="Medium Grid 1 Accent 4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llanmrktrutnt1-dekorfrg5">
    <w:name w:val="Medium Grid 1 Accent 5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llanmrktrutnt1-dekorfrg6">
    <w:name w:val="Medium Grid 1 Accent 6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llanmrktrutnt2">
    <w:name w:val="Medium Grid 2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1">
    <w:name w:val="Medium Grid 2 Accent 1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2">
    <w:name w:val="Medium Grid 2 Accent 2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3">
    <w:name w:val="Medium Grid 2 Accent 3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4">
    <w:name w:val="Medium Grid 2 Accent 4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5">
    <w:name w:val="Medium Grid 2 Accent 5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6">
    <w:name w:val="Medium Grid 2 Accent 6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3">
    <w:name w:val="Medium Grid 3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llanmrktrutnt3-dekorfrg1">
    <w:name w:val="Medium Grid 3 Accent 1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llanmrktrutnt3-dekorfrg2">
    <w:name w:val="Medium Grid 3 Accent 2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llanmrktrutnt3-dekorfrg3">
    <w:name w:val="Medium Grid 3 Accent 3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llanmrktrutnt3-dekorfrg4">
    <w:name w:val="Medium Grid 3 Accent 4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llanmrktrutnt3-dekorfrg5">
    <w:name w:val="Medium Grid 3 Accent 5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llanmrktrutnt3-dekorfrg6">
    <w:name w:val="Medium Grid 3 Accent 6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rklista">
    <w:name w:val="Dark List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a-dekorfrg1">
    <w:name w:val="Dark List Accent 1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a-dekorfrg2">
    <w:name w:val="Dark List Accent 2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a-dekorfrg3">
    <w:name w:val="Dark List Accent 3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a-dekorfrg4">
    <w:name w:val="Dark List Accent 4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a-dekorfrg5">
    <w:name w:val="Dark List Accent 5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a-dekorfrg6">
    <w:name w:val="Dark List Accent 6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rgadskuggning">
    <w:name w:val="Colorful Shading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1">
    <w:name w:val="Colorful Shading Accent 1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2">
    <w:name w:val="Colorful Shading Accent 2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3">
    <w:name w:val="Colorful Shading Accent 3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rgadskuggning-dekorfrg4">
    <w:name w:val="Colorful Shading Accent 4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5">
    <w:name w:val="Colorful Shading Accent 5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6">
    <w:name w:val="Colorful Shading Accent 6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lista">
    <w:name w:val="Colorful List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rgadlista-dekorfrg1">
    <w:name w:val="Colorful List Accent 1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rgadlista-dekorfrg2">
    <w:name w:val="Colorful List Accent 2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rgadlista-dekorfrg3">
    <w:name w:val="Colorful List Accent 3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rgadlista-dekorfrg4">
    <w:name w:val="Colorful List Accent 4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rgadlista-dekorfrg5">
    <w:name w:val="Colorful List Accent 5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rgadlista-dekorfrg6">
    <w:name w:val="Colorful List Accent 6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rgatrutnt">
    <w:name w:val="Colorful Grid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rgatrutnt-dekorfrg1">
    <w:name w:val="Colorful Grid Accent 1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rgatrutnt-dekorfrg2">
    <w:name w:val="Colorful Grid Accent 2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rgatrutnt-dekorfrg3">
    <w:name w:val="Colorful Grid Accent 3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rgatrutnt-dekorfrg4">
    <w:name w:val="Colorful Grid Accent 4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rgatrutnt-dekorfrg5">
    <w:name w:val="Colorful Grid Accent 5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rgatrutnt-dekorfrg6">
    <w:name w:val="Colorful Grid Accent 6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nk">
    <w:name w:val="Hyperlink"/>
    <w:basedOn w:val="Standardstycketeckensnitt"/>
    <w:uiPriority w:val="99"/>
    <w:unhideWhenUsed/>
    <w:rsid w:val="00BF1AF8"/>
    <w:rPr>
      <w:color w:val="0000FF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BF1AF8"/>
    <w:rPr>
      <w:color w:val="605E5C"/>
      <w:shd w:val="clear" w:color="auto" w:fill="E1DFDD"/>
    </w:rPr>
  </w:style>
  <w:style w:type="character" w:styleId="AnvndHyperlnk">
    <w:name w:val="FollowedHyperlink"/>
    <w:basedOn w:val="Standardstycketeckensnitt"/>
    <w:uiPriority w:val="99"/>
    <w:semiHidden/>
    <w:unhideWhenUsed/>
    <w:rsid w:val="00BF1AF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ebabnekajse.se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tajmahalumea.com/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seastreet.se/restaurang/umea/" TargetMode="External"/><Relationship Id="rId11" Type="http://schemas.openxmlformats.org/officeDocument/2006/relationships/hyperlink" Target="https://share.google/jzNkCUb7HhnB7Pd4H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share.google/JvgyLgoz2ledggne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allstarbar.se/ume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257</Words>
  <Characters>1363</Characters>
  <Application>Microsoft Office Word</Application>
  <DocSecurity>0</DocSecurity>
  <Lines>11</Lines>
  <Paragraphs>3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1617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Susanne Birgestam</dc:creator>
  <cp:keywords/>
  <dc:description>generated by python-docx</dc:description>
  <cp:lastModifiedBy>Susanne Birgestam</cp:lastModifiedBy>
  <cp:revision>3</cp:revision>
  <dcterms:created xsi:type="dcterms:W3CDTF">2026-09-14T09:15:00Z</dcterms:created>
  <dcterms:modified xsi:type="dcterms:W3CDTF">2026-09-14T09:21:00Z</dcterms:modified>
  <cp:category/>
</cp:coreProperties>
</file>